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[Your Name]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>
      <w:pPr>
        <w:spacing w:after="0"/>
      </w:pPr>
      <w:r>
        <w:t>[Email]  |  [Phone]</w:t>
      </w:r>
    </w:p>
    <w:p/>
    <w:p>
      <w:pPr>
        <w:spacing w:after="0"/>
      </w:pPr>
      <w:r>
        <w:t>[Month DD, YYYY]</w:t>
      </w:r>
    </w:p>
    <w:p/>
    <w:p>
      <w:pPr>
        <w:spacing w:after="0"/>
      </w:pPr>
      <w:r>
        <w:t>[Manager's Name]</w:t>
      </w:r>
    </w:p>
    <w:p>
      <w:pPr>
        <w:spacing w:after="0"/>
      </w:pPr>
      <w:r>
        <w:t>[Manager's Title]</w:t>
      </w:r>
    </w:p>
    <w:p>
      <w:pPr>
        <w:spacing w:after="0"/>
      </w:pPr>
      <w:r>
        <w:t>[Company Name]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/>
    <w:p>
      <w:r>
        <w:rPr>
          <w:b/>
        </w:rPr>
        <w:t>Re: Resignation</w:t>
      </w:r>
    </w:p>
    <w:p/>
    <w:p>
      <w:pPr>
        <w:spacing w:after="200"/>
      </w:pPr>
      <w:r>
        <w:t>Dear [Manager's Name],</w:t>
      </w:r>
    </w:p>
    <w:p>
      <w:pPr>
        <w:spacing w:after="200"/>
      </w:pPr>
      <w:r>
        <w:t>Please accept this letter as formal notice of my resignation from my position as [Job Title] at [Company Name]. My last day of work will be [Month DD, YYYY], two weeks from today.</w:t>
      </w:r>
    </w:p>
    <w:p>
      <w:pPr>
        <w:spacing w:after="200"/>
      </w:pPr>
      <w:r>
        <w:t>Thank you for the opportunities I've had during my time here. I've valued [one specific thing, such as the chance to lead the X project or the support of the team].</w:t>
      </w:r>
    </w:p>
    <w:p>
      <w:pPr>
        <w:spacing w:after="200"/>
      </w:pPr>
      <w:r>
        <w:t>Over the next two weeks I'll do everything I can to make the transition smooth, including [finishing current work, documenting my tasks, and training my replacement]. Please let me know how I can help.</w:t>
      </w:r>
    </w:p>
    <w:p>
      <w:pPr>
        <w:spacing w:after="200"/>
      </w:pPr>
      <w:r>
        <w:t>I wish you and the team all the best.</w:t>
      </w:r>
    </w:p>
    <w:p>
      <w:pPr>
        <w:spacing w:after="0"/>
      </w:pPr>
      <w:r>
        <w:t>Sincerely,</w:t>
      </w:r>
    </w:p>
    <w:p/>
    <w:p/>
    <w:p>
      <w:pPr>
        <w:spacing w:after="0"/>
      </w:pPr>
      <w:r>
        <w:t>[Your Name]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