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5BD8"/>
          <w:sz w:val="40"/>
        </w:rPr>
        <w:t>8-TEAM TOURNAMENT BRACKET</w:t>
      </w:r>
    </w:p>
    <w:p>
      <w:r>
        <w:rPr>
          <w:b/>
        </w:rPr>
        <w:t xml:space="preserve">Tournament: </w:t>
      </w:r>
      <w:r>
        <w:t>[Name]</w:t>
      </w:r>
    </w:p>
    <w:p>
      <w:r>
        <w:rPr>
          <w:b/>
        </w:rPr>
        <w:t xml:space="preserve">Date(s): </w:t>
      </w:r>
      <w:r>
        <w:t>[MM/DD/YYYY]</w:t>
      </w:r>
    </w:p>
    <w:p>
      <w:r>
        <w:rPr>
          <w:b/>
        </w:rPr>
        <w:t xml:space="preserve">Location: </w:t>
      </w:r>
      <w:r>
        <w:t>[Venue]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>
              <w:rPr>
                <w:b/>
              </w:rPr>
              <w:t>Quarterfinals</w:t>
            </w:r>
          </w:p>
        </w:tc>
        <w:tc>
          <w:tcPr>
            <w:tcW w:type="dxa" w:w="2520"/>
          </w:tcPr>
          <w:p>
            <w:r>
              <w:rPr>
                <w:b/>
              </w:rPr>
              <w:t>Semifinals</w:t>
            </w:r>
          </w:p>
        </w:tc>
        <w:tc>
          <w:tcPr>
            <w:tcW w:type="dxa" w:w="2520"/>
          </w:tcPr>
          <w:p>
            <w:r>
              <w:rPr>
                <w:b/>
              </w:rPr>
              <w:t>Final</w:t>
            </w:r>
          </w:p>
        </w:tc>
        <w:tc>
          <w:tcPr>
            <w:tcW w:type="dxa" w:w="2520"/>
          </w:tcPr>
          <w:p>
            <w:r>
              <w:rPr>
                <w:b/>
              </w:rPr>
              <w:t>Champion</w:t>
            </w:r>
          </w:p>
        </w:tc>
      </w:tr>
      <w:tr>
        <w:tc>
          <w:tcPr>
            <w:tcW w:type="dxa" w:w="2520"/>
          </w:tcPr>
          <w:p>
            <w:r>
              <w:t>Seed 1: [Team]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Seed 8: [Team]</w:t>
            </w:r>
          </w:p>
        </w:tc>
        <w:tc>
          <w:tcPr>
            <w:tcW w:type="dxa" w:w="2520"/>
          </w:tcPr>
          <w:p>
            <w:r>
              <w:t>Winner: ________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Seed 4: [Team]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>
              <w:t>Winner: ________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Seed 5: [Team]</w:t>
            </w:r>
          </w:p>
        </w:tc>
        <w:tc>
          <w:tcPr>
            <w:tcW w:type="dxa" w:w="2520"/>
          </w:tcPr>
          <w:p>
            <w:r>
              <w:t>Winner: ________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Seed 2: [Team]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>
              <w:t>CHAMPION: ________</w:t>
            </w:r>
          </w:p>
        </w:tc>
      </w:tr>
      <w:tr>
        <w:tc>
          <w:tcPr>
            <w:tcW w:type="dxa" w:w="2520"/>
          </w:tcPr>
          <w:p>
            <w:r>
              <w:t>Seed 7: [Team]</w:t>
            </w:r>
          </w:p>
        </w:tc>
        <w:tc>
          <w:tcPr>
            <w:tcW w:type="dxa" w:w="2520"/>
          </w:tcPr>
          <w:p>
            <w:r>
              <w:t>Winner: ________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Seed 3: [Team]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>
              <w:t>Winner: ________</w:t>
            </w:r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Seed 6: [Team]</w:t>
            </w:r>
          </w:p>
        </w:tc>
        <w:tc>
          <w:tcPr>
            <w:tcW w:type="dxa" w:w="2520"/>
          </w:tcPr>
          <w:p>
            <w:r>
              <w:t>Winner: ________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</w:tr>
    </w:tbl>
    <w:p/>
    <w:p>
      <w:pPr>
        <w:spacing w:after="0"/>
      </w:pPr>
      <w:r>
        <w:rPr>
          <w:b/>
          <w:color w:val="5B6470"/>
          <w:sz w:val="18"/>
        </w:rPr>
        <w:t>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</w:tcPr>
          <w:p>
            <w:r>
              <w:rPr>
                <w:b/>
              </w:rPr>
              <w:t>Game</w:t>
            </w:r>
          </w:p>
        </w:tc>
        <w:tc>
          <w:tcPr>
            <w:tcW w:type="dxa" w:w="2016"/>
          </w:tcPr>
          <w:p>
            <w:r>
              <w:rPr>
                <w:b/>
              </w:rPr>
              <w:t>Matchup</w:t>
            </w:r>
          </w:p>
        </w:tc>
        <w:tc>
          <w:tcPr>
            <w:tcW w:type="dxa" w:w="2016"/>
          </w:tcPr>
          <w:p>
            <w:r>
              <w:rPr>
                <w:b/>
              </w:rPr>
              <w:t>Time</w:t>
            </w:r>
          </w:p>
        </w:tc>
        <w:tc>
          <w:tcPr>
            <w:tcW w:type="dxa" w:w="2016"/>
          </w:tcPr>
          <w:p>
            <w:r>
              <w:rPr>
                <w:b/>
              </w:rPr>
              <w:t>Field / court</w:t>
            </w:r>
          </w:p>
        </w:tc>
        <w:tc>
          <w:tcPr>
            <w:tcW w:type="dxa" w:w="2016"/>
          </w:tcPr>
          <w:p>
            <w:r>
              <w:rPr>
                <w:b/>
              </w:rPr>
              <w:t>Score</w:t>
            </w:r>
          </w:p>
        </w:tc>
      </w:tr>
      <w:tr>
        <w:tc>
          <w:tcPr>
            <w:tcW w:type="dxa" w:w="2016"/>
          </w:tcPr>
          <w:p>
            <w:r>
              <w:t>QF1</w:t>
            </w:r>
          </w:p>
        </w:tc>
        <w:tc>
          <w:tcPr>
            <w:tcW w:type="dxa" w:w="2016"/>
          </w:tcPr>
          <w:p>
            <w:r>
              <w:t>1 vs 8</w:t>
            </w:r>
          </w:p>
        </w:tc>
        <w:tc>
          <w:tcPr>
            <w:tcW w:type="dxa" w:w="2016"/>
          </w:tcPr>
          <w:p>
            <w:r>
              <w:t>[0:00]</w:t>
            </w:r>
          </w:p>
        </w:tc>
        <w:tc>
          <w:tcPr>
            <w:tcW w:type="dxa" w:w="2016"/>
          </w:tcPr>
          <w:p>
            <w:r>
              <w:t>[ ]</w:t>
            </w:r>
          </w:p>
        </w:tc>
        <w:tc>
          <w:tcPr>
            <w:tcW w:type="dxa" w:w="2016"/>
          </w:tcPr>
          <w:p>
            <w:r>
              <w:t>[ ]</w:t>
            </w:r>
          </w:p>
        </w:tc>
      </w:tr>
      <w:tr>
        <w:tc>
          <w:tcPr>
            <w:tcW w:type="dxa" w:w="2016"/>
          </w:tcPr>
          <w:p>
            <w:r>
              <w:t>QF2</w:t>
            </w:r>
          </w:p>
        </w:tc>
        <w:tc>
          <w:tcPr>
            <w:tcW w:type="dxa" w:w="2016"/>
          </w:tcPr>
          <w:p>
            <w:r>
              <w:t>4 vs 5</w:t>
            </w:r>
          </w:p>
        </w:tc>
        <w:tc>
          <w:tcPr>
            <w:tcW w:type="dxa" w:w="2016"/>
          </w:tcPr>
          <w:p>
            <w:r>
              <w:t>[0:00]</w:t>
            </w:r>
          </w:p>
        </w:tc>
        <w:tc>
          <w:tcPr>
            <w:tcW w:type="dxa" w:w="2016"/>
          </w:tcPr>
          <w:p>
            <w:r>
              <w:t>[ ]</w:t>
            </w:r>
          </w:p>
        </w:tc>
        <w:tc>
          <w:tcPr>
            <w:tcW w:type="dxa" w:w="2016"/>
          </w:tcPr>
          <w:p>
            <w:r>
              <w:t>[ ]</w:t>
            </w:r>
          </w:p>
        </w:tc>
      </w:tr>
      <w:tr>
        <w:tc>
          <w:tcPr>
            <w:tcW w:type="dxa" w:w="2016"/>
          </w:tcPr>
          <w:p>
            <w:r>
              <w:t>QF3</w:t>
            </w:r>
          </w:p>
        </w:tc>
        <w:tc>
          <w:tcPr>
            <w:tcW w:type="dxa" w:w="2016"/>
          </w:tcPr>
          <w:p>
            <w:r>
              <w:t>2 vs 7</w:t>
            </w:r>
          </w:p>
        </w:tc>
        <w:tc>
          <w:tcPr>
            <w:tcW w:type="dxa" w:w="2016"/>
          </w:tcPr>
          <w:p>
            <w:r>
              <w:t>[0:00]</w:t>
            </w:r>
          </w:p>
        </w:tc>
        <w:tc>
          <w:tcPr>
            <w:tcW w:type="dxa" w:w="2016"/>
          </w:tcPr>
          <w:p>
            <w:r>
              <w:t>[ ]</w:t>
            </w:r>
          </w:p>
        </w:tc>
        <w:tc>
          <w:tcPr>
            <w:tcW w:type="dxa" w:w="2016"/>
          </w:tcPr>
          <w:p>
            <w:r>
              <w:t>[ ]</w:t>
            </w:r>
          </w:p>
        </w:tc>
      </w:tr>
      <w:tr>
        <w:tc>
          <w:tcPr>
            <w:tcW w:type="dxa" w:w="2016"/>
          </w:tcPr>
          <w:p>
            <w:r>
              <w:t>QF4</w:t>
            </w:r>
          </w:p>
        </w:tc>
        <w:tc>
          <w:tcPr>
            <w:tcW w:type="dxa" w:w="2016"/>
          </w:tcPr>
          <w:p>
            <w:r>
              <w:t>3 vs 6</w:t>
            </w:r>
          </w:p>
        </w:tc>
        <w:tc>
          <w:tcPr>
            <w:tcW w:type="dxa" w:w="2016"/>
          </w:tcPr>
          <w:p>
            <w:r>
              <w:t>[0:00]</w:t>
            </w:r>
          </w:p>
        </w:tc>
        <w:tc>
          <w:tcPr>
            <w:tcW w:type="dxa" w:w="2016"/>
          </w:tcPr>
          <w:p>
            <w:r>
              <w:t>[ ]</w:t>
            </w:r>
          </w:p>
        </w:tc>
        <w:tc>
          <w:tcPr>
            <w:tcW w:type="dxa" w:w="2016"/>
          </w:tcPr>
          <w:p>
            <w:r>
              <w:t>[ ]</w:t>
            </w:r>
          </w:p>
        </w:tc>
      </w:tr>
      <w:tr>
        <w:tc>
          <w:tcPr>
            <w:tcW w:type="dxa" w:w="2016"/>
          </w:tcPr>
          <w:p>
            <w:r>
              <w:t>SF1</w:t>
            </w:r>
          </w:p>
        </w:tc>
        <w:tc>
          <w:tcPr>
            <w:tcW w:type="dxa" w:w="2016"/>
          </w:tcPr>
          <w:p>
            <w:r>
              <w:t>QF1 winner vs QF2 winner</w:t>
            </w:r>
          </w:p>
        </w:tc>
        <w:tc>
          <w:tcPr>
            <w:tcW w:type="dxa" w:w="2016"/>
          </w:tcPr>
          <w:p>
            <w:r>
              <w:t>[0:00]</w:t>
            </w:r>
          </w:p>
        </w:tc>
        <w:tc>
          <w:tcPr>
            <w:tcW w:type="dxa" w:w="2016"/>
          </w:tcPr>
          <w:p>
            <w:r>
              <w:t>[ ]</w:t>
            </w:r>
          </w:p>
        </w:tc>
        <w:tc>
          <w:tcPr>
            <w:tcW w:type="dxa" w:w="2016"/>
          </w:tcPr>
          <w:p>
            <w:r>
              <w:t>[ ]</w:t>
            </w:r>
          </w:p>
        </w:tc>
      </w:tr>
      <w:tr>
        <w:tc>
          <w:tcPr>
            <w:tcW w:type="dxa" w:w="2016"/>
          </w:tcPr>
          <w:p>
            <w:r>
              <w:t>SF2</w:t>
            </w:r>
          </w:p>
        </w:tc>
        <w:tc>
          <w:tcPr>
            <w:tcW w:type="dxa" w:w="2016"/>
          </w:tcPr>
          <w:p>
            <w:r>
              <w:t>QF3 winner vs QF4 winner</w:t>
            </w:r>
          </w:p>
        </w:tc>
        <w:tc>
          <w:tcPr>
            <w:tcW w:type="dxa" w:w="2016"/>
          </w:tcPr>
          <w:p>
            <w:r>
              <w:t>[0:00]</w:t>
            </w:r>
          </w:p>
        </w:tc>
        <w:tc>
          <w:tcPr>
            <w:tcW w:type="dxa" w:w="2016"/>
          </w:tcPr>
          <w:p>
            <w:r>
              <w:t>[ ]</w:t>
            </w:r>
          </w:p>
        </w:tc>
        <w:tc>
          <w:tcPr>
            <w:tcW w:type="dxa" w:w="2016"/>
          </w:tcPr>
          <w:p>
            <w:r>
              <w:t>[ ]</w:t>
            </w:r>
          </w:p>
        </w:tc>
      </w:tr>
      <w:tr>
        <w:tc>
          <w:tcPr>
            <w:tcW w:type="dxa" w:w="2016"/>
          </w:tcPr>
          <w:p>
            <w:r>
              <w:t>Final</w:t>
            </w:r>
          </w:p>
        </w:tc>
        <w:tc>
          <w:tcPr>
            <w:tcW w:type="dxa" w:w="2016"/>
          </w:tcPr>
          <w:p>
            <w:r>
              <w:t>SF1 winner vs SF2 winner</w:t>
            </w:r>
          </w:p>
        </w:tc>
        <w:tc>
          <w:tcPr>
            <w:tcW w:type="dxa" w:w="2016"/>
          </w:tcPr>
          <w:p>
            <w:r>
              <w:t>[0:00]</w:t>
            </w:r>
          </w:p>
        </w:tc>
        <w:tc>
          <w:tcPr>
            <w:tcW w:type="dxa" w:w="2016"/>
          </w:tcPr>
          <w:p>
            <w:r>
              <w:t>[ ]</w:t>
            </w:r>
          </w:p>
        </w:tc>
        <w:tc>
          <w:tcPr>
            <w:tcW w:type="dxa" w:w="2016"/>
          </w:tcPr>
          <w:p>
            <w:r>
              <w:t>[ ]</w:t>
            </w:r>
          </w:p>
        </w:tc>
      </w:tr>
    </w:tbl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