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TEAM ROSTER AND CONTACT SHEET</w:t>
      </w:r>
    </w:p>
    <w:p>
      <w:r>
        <w:rPr>
          <w:b/>
        </w:rPr>
        <w:t xml:space="preserve">Team: </w:t>
      </w:r>
      <w:r>
        <w:t>[Team Name]</w:t>
      </w:r>
    </w:p>
    <w:p>
      <w:r>
        <w:rPr>
          <w:b/>
        </w:rPr>
        <w:t xml:space="preserve">League / division: </w:t>
      </w:r>
      <w:r>
        <w:t>[League, age group]</w:t>
      </w:r>
    </w:p>
    <w:p>
      <w:r>
        <w:rPr>
          <w:b/>
        </w:rPr>
        <w:t xml:space="preserve">Season: </w:t>
      </w:r>
      <w:r>
        <w:t>[Fall 2026]</w:t>
      </w:r>
    </w:p>
    <w:p>
      <w:r>
        <w:rPr>
          <w:b/>
        </w:rPr>
        <w:t xml:space="preserve">Head coach: </w:t>
      </w:r>
      <w:r>
        <w:t>[Name, phone, email]</w:t>
      </w:r>
    </w:p>
    <w:p>
      <w:r>
        <w:rPr>
          <w:b/>
        </w:rPr>
        <w:t xml:space="preserve">Assistant coach: </w:t>
      </w:r>
      <w:r>
        <w:t>[Name, phone, email]</w:t>
      </w:r>
    </w:p>
    <w:p>
      <w:r>
        <w:rPr>
          <w:b/>
        </w:rPr>
        <w:t xml:space="preserve">Team parent: </w:t>
      </w:r>
      <w:r>
        <w:t>[Name, phone, email]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</w:tcPr>
          <w:p>
            <w:r>
              <w:rPr>
                <w:b/>
              </w:rPr>
              <w:t>#</w:t>
            </w:r>
          </w:p>
        </w:tc>
        <w:tc>
          <w:tcPr>
            <w:tcW w:type="dxa" w:w="1680"/>
          </w:tcPr>
          <w:p>
            <w:r>
              <w:rPr>
                <w:b/>
              </w:rPr>
              <w:t>Player</w:t>
            </w:r>
          </w:p>
        </w:tc>
        <w:tc>
          <w:tcPr>
            <w:tcW w:type="dxa" w:w="1680"/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1680"/>
          </w:tcPr>
          <w:p>
            <w:r>
              <w:rPr>
                <w:b/>
              </w:rPr>
              <w:t>Parent/guardian</w:t>
            </w:r>
          </w:p>
        </w:tc>
        <w:tc>
          <w:tcPr>
            <w:tcW w:type="dxa" w:w="1680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1680"/>
          </w:tcPr>
          <w:p>
            <w:r>
              <w:rPr>
                <w:b/>
              </w:rPr>
              <w:t>Email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  <w:tr>
        <w:tc>
          <w:tcPr>
            <w:tcW w:type="dxa" w:w="1680"/>
          </w:tcPr>
          <w:p>
            <w:r>
              <w:t>[00]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 ]</w:t>
            </w:r>
          </w:p>
        </w:tc>
        <w:tc>
          <w:tcPr>
            <w:tcW w:type="dxa" w:w="1680"/>
          </w:tcPr>
          <w:p>
            <w:r>
              <w:t>[Name]</w:t>
            </w:r>
          </w:p>
        </w:tc>
        <w:tc>
          <w:tcPr>
            <w:tcW w:type="dxa" w:w="1680"/>
          </w:tcPr>
          <w:p>
            <w:r>
              <w:t>[Phone]</w:t>
            </w:r>
          </w:p>
        </w:tc>
        <w:tc>
          <w:tcPr>
            <w:tcW w:type="dxa" w:w="1680"/>
          </w:tcPr>
          <w:p>
            <w:r>
              <w:t>[Email]</w:t>
            </w:r>
          </w:p>
        </w:tc>
      </w:tr>
    </w:tbl>
    <w:p/>
    <w:p>
      <w:r>
        <w:rPr>
          <w:b/>
        </w:rPr>
        <w:t xml:space="preserve">Practice: </w:t>
      </w:r>
      <w:r>
        <w:t>[Days, time, location]</w:t>
      </w:r>
    </w:p>
    <w:p>
      <w:r>
        <w:rPr>
          <w:b/>
        </w:rPr>
        <w:t xml:space="preserve">Game day arrival: </w:t>
      </w:r>
      <w:r>
        <w:t>[Minutes before start]</w:t>
      </w:r>
    </w:p>
    <w:p>
      <w:r>
        <w:rPr>
          <w:b/>
        </w:rPr>
        <w:t xml:space="preserve">Snack schedule: </w:t>
      </w:r>
      <w:r>
        <w:t>[Link or rotation]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