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8"/>
        </w:rPr>
        <w:t>[YOUR NAME]</w:t>
      </w:r>
    </w:p>
    <w:p>
      <w:pPr>
        <w:spacing w:after="0"/>
      </w:pPr>
      <w:r>
        <w:t>[City, State]  |  [Phone]  |  [Email]  |  [LinkedIn or portfolio URL]</w:t>
      </w:r>
    </w:p>
    <w:p/>
    <w:p>
      <w:r>
        <w:rPr>
          <w:b/>
          <w:color w:val="1D5BD8"/>
          <w:sz w:val="24"/>
        </w:rPr>
        <w:t>SUMMARY</w:t>
      </w:r>
    </w:p>
    <w:p>
      <w:pPr>
        <w:spacing w:after="0"/>
      </w:pPr>
      <w:r>
        <w:t>[Two or three sentences: your role, years of experience, and the strengths most relevant to the job you want.]</w:t>
      </w:r>
    </w:p>
    <w:p/>
    <w:p>
      <w:r>
        <w:rPr>
          <w:b/>
          <w:color w:val="1D5BD8"/>
          <w:sz w:val="24"/>
        </w:rPr>
        <w:t>EXPERIENCE</w:t>
      </w:r>
    </w:p>
    <w:p>
      <w:pPr>
        <w:spacing w:after="0"/>
      </w:pPr>
      <w:r>
        <w:t>[Job Title], [Company Name], [City, State]          [Mon YYYY] – [Present]</w:t>
      </w:r>
    </w:p>
    <w:p>
      <w:pPr>
        <w:spacing w:after="0"/>
      </w:pPr>
      <w:r>
        <w:t>• [Achievement that starts with a verb and includes a number]</w:t>
      </w:r>
    </w:p>
    <w:p>
      <w:pPr>
        <w:spacing w:after="0"/>
      </w:pPr>
      <w:r>
        <w:t>• [Achievement]</w:t>
      </w:r>
    </w:p>
    <w:p>
      <w:pPr>
        <w:spacing w:after="0"/>
      </w:pPr>
      <w:r>
        <w:t>• [Achievement]</w:t>
      </w:r>
    </w:p>
    <w:p>
      <w:pPr>
        <w:spacing w:after="0"/>
      </w:pPr>
    </w:p>
    <w:p>
      <w:pPr>
        <w:spacing w:after="0"/>
      </w:pPr>
      <w:r>
        <w:t>[Job Title], [Company Name], [City, State]          [Mon YYYY] – [Mon YYYY]</w:t>
      </w:r>
    </w:p>
    <w:p>
      <w:pPr>
        <w:spacing w:after="0"/>
      </w:pPr>
      <w:r>
        <w:t>• [Achievement]</w:t>
      </w:r>
    </w:p>
    <w:p>
      <w:pPr>
        <w:spacing w:after="0"/>
      </w:pPr>
      <w:r>
        <w:t>• [Achievement]</w:t>
      </w:r>
    </w:p>
    <w:p/>
    <w:p>
      <w:r>
        <w:rPr>
          <w:b/>
          <w:color w:val="1D5BD8"/>
          <w:sz w:val="24"/>
        </w:rPr>
        <w:t>EDUCATION</w:t>
      </w:r>
    </w:p>
    <w:p>
      <w:pPr>
        <w:spacing w:after="0"/>
      </w:pPr>
      <w:r>
        <w:t>[Degree], [School Name], [City, State]          [YYYY]</w:t>
      </w:r>
    </w:p>
    <w:p/>
    <w:p>
      <w:r>
        <w:rPr>
          <w:b/>
          <w:color w:val="1D5BD8"/>
          <w:sz w:val="24"/>
        </w:rPr>
        <w:t>SKILLS</w:t>
      </w:r>
    </w:p>
    <w:p>
      <w:pPr>
        <w:spacing w:after="0"/>
      </w:pPr>
      <w:r>
        <w:t>[Skill], [Skill], [Skill], [Software], [Language]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