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52"/>
        </w:rPr>
        <w:t>INVOICE</w:t>
      </w:r>
    </w:p>
    <w:p>
      <w:r>
        <w:rPr>
          <w:b/>
        </w:rPr>
        <w:t xml:space="preserve">From: </w:t>
      </w:r>
      <w:r>
        <w:t>[Business Name], [Address], [Phone], [Email]</w:t>
      </w:r>
    </w:p>
    <w:p>
      <w:r>
        <w:rPr>
          <w:b/>
        </w:rPr>
        <w:t xml:space="preserve">Bill to: </w:t>
      </w:r>
      <w:r>
        <w:t>[Customer Name], [Address]</w:t>
      </w:r>
    </w:p>
    <w:p>
      <w:r>
        <w:rPr>
          <w:b/>
        </w:rPr>
        <w:t xml:space="preserve">Invoice #: </w:t>
      </w:r>
      <w:r>
        <w:t>[0001]</w:t>
      </w:r>
    </w:p>
    <w:p>
      <w:r>
        <w:rPr>
          <w:b/>
        </w:rPr>
        <w:t xml:space="preserve">Date: </w:t>
      </w:r>
      <w:r>
        <w:t>[MM/DD/YYYY]</w:t>
      </w:r>
    </w:p>
    <w:p>
      <w:r>
        <w:rPr>
          <w:b/>
        </w:rPr>
        <w:t xml:space="preserve">Due date: </w:t>
      </w:r>
      <w:r>
        <w:t>[MM/DD/YYYY]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5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52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  <w:tr>
        <w:tc>
          <w:tcPr>
            <w:tcW w:type="dxa" w:w="2520"/>
          </w:tcPr>
          <w:p>
            <w:r>
              <w:t>[Item or service]</w:t>
            </w:r>
          </w:p>
        </w:tc>
        <w:tc>
          <w:tcPr>
            <w:tcW w:type="dxa" w:w="2520"/>
          </w:tcPr>
          <w:p>
            <w:r>
              <w:t>[0]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  <w:tc>
          <w:tcPr>
            <w:tcW w:type="dxa" w:w="2520"/>
          </w:tcPr>
          <w:p>
            <w:r>
              <w:t>$[0.00]</w:t>
            </w:r>
          </w:p>
        </w:tc>
      </w:tr>
    </w:tbl>
    <w:p/>
    <w:p>
      <w:r>
        <w:rPr>
          <w:b/>
        </w:rPr>
        <w:t xml:space="preserve">Subtotal: </w:t>
      </w:r>
      <w:r>
        <w:t>$[0.00]</w:t>
      </w:r>
    </w:p>
    <w:p>
      <w:r>
        <w:rPr>
          <w:b/>
        </w:rPr>
        <w:t xml:space="preserve">Sales tax ([0]%): </w:t>
      </w:r>
      <w:r>
        <w:t>$[0.00]</w:t>
      </w:r>
    </w:p>
    <w:p>
      <w:r>
        <w:rPr>
          <w:b/>
        </w:rPr>
        <w:t xml:space="preserve">Total due: </w:t>
      </w:r>
      <w:r>
        <w:t>$[0.00]</w:t>
      </w:r>
    </w:p>
    <w:p/>
    <w:p>
      <w:r>
        <w:rPr>
          <w:b/>
        </w:rPr>
        <w:t xml:space="preserve">Pay by: </w:t>
      </w:r>
      <w:r>
        <w:t>[Check, card, bank transfer or payment link]</w:t>
      </w:r>
    </w:p>
    <w:p>
      <w:pPr>
        <w:spacing w:after="0"/>
      </w:pPr>
      <w:r>
        <w:t>Thank you for your business!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