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[Parent/Guardian Name]</w:t>
      </w:r>
    </w:p>
    <w:p>
      <w:pPr>
        <w:spacing w:after="0"/>
      </w:pPr>
      <w:r>
        <w:t>[Phone]</w:t>
      </w:r>
    </w:p>
    <w:p>
      <w:pPr>
        <w:spacing w:after="0"/>
      </w:pPr>
      <w:r>
        <w:t>[Email]</w:t>
      </w:r>
    </w:p>
    <w:p/>
    <w:p>
      <w:pPr>
        <w:spacing w:after="0"/>
      </w:pPr>
      <w:r>
        <w:t>[Month DD, YYYY]</w:t>
      </w:r>
    </w:p>
    <w:p/>
    <w:p>
      <w:pPr>
        <w:spacing w:after="0"/>
      </w:pPr>
      <w:r>
        <w:t>[Teacher Name or Attendance Office]</w:t>
      </w:r>
    </w:p>
    <w:p>
      <w:pPr>
        <w:spacing w:after="0"/>
      </w:pPr>
      <w:r>
        <w:t>[School Name]</w:t>
      </w:r>
    </w:p>
    <w:p/>
    <w:p>
      <w:pPr>
        <w:spacing w:after="200"/>
      </w:pPr>
      <w:r>
        <w:t>Dear [Teacher Name or Attendance Office],</w:t>
      </w:r>
    </w:p>
    <w:p>
      <w:pPr>
        <w:spacing w:after="200"/>
      </w:pPr>
      <w:r>
        <w:t>Please excuse my child, [Child's Full Name], in [Grade / Homeroom], from school on [date or dates]. [He / She / They] [was absent / will be absent] because of [illness / a medical appointment / a family matter / other reason].</w:t>
      </w:r>
    </w:p>
    <w:p>
      <w:pPr>
        <w:spacing w:after="200"/>
      </w:pPr>
      <w:r>
        <w:t>[Optional: Please let me know about any work [he / she / they] missed so we can catch up at home.]</w:t>
      </w:r>
    </w:p>
    <w:p>
      <w:pPr>
        <w:spacing w:after="200"/>
      </w:pPr>
      <w:r>
        <w:t>If you have any questions, please contact me at [phone or email].</w:t>
      </w:r>
    </w:p>
    <w:p>
      <w:pPr>
        <w:spacing w:after="0"/>
      </w:pPr>
      <w:r>
        <w:t>Thank you,</w:t>
      </w:r>
    </w:p>
    <w:p/>
    <w:p/>
    <w:p>
      <w:pPr>
        <w:spacing w:after="0"/>
      </w:pPr>
      <w:r>
        <w:t>[Parent/Guardian Name]</w:t>
      </w:r>
    </w:p>
    <w:p>
      <w:pPr>
        <w:spacing w:after="0"/>
      </w:pPr>
    </w:p>
    <w:p>
      <w:pPr>
        <w:spacing w:after="0"/>
      </w:pPr>
      <w:r>
        <w:t>Signature: ______________________________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