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52"/>
        </w:rPr>
        <w:t>RENT RECEIPT</w:t>
      </w:r>
    </w:p>
    <w:p>
      <w:r>
        <w:rPr>
          <w:b/>
        </w:rPr>
        <w:t xml:space="preserve">Receipt #: </w:t>
      </w:r>
      <w:r>
        <w:t>[0001]</w:t>
      </w:r>
    </w:p>
    <w:p>
      <w:r>
        <w:rPr>
          <w:b/>
        </w:rPr>
        <w:t xml:space="preserve">Date paid: </w:t>
      </w:r>
      <w:r>
        <w:t>[MM/DD/YYYY]</w:t>
      </w:r>
    </w:p>
    <w:p>
      <w:r>
        <w:rPr>
          <w:b/>
        </w:rPr>
        <w:t xml:space="preserve">Tenant: </w:t>
      </w:r>
      <w:r>
        <w:t>[Tenant Name]</w:t>
      </w:r>
    </w:p>
    <w:p>
      <w:r>
        <w:rPr>
          <w:b/>
        </w:rPr>
        <w:t xml:space="preserve">Rental address: </w:t>
      </w:r>
      <w:r>
        <w:t>[Street Address, Unit, City, State ZIP]</w:t>
      </w:r>
    </w:p>
    <w:p>
      <w:r>
        <w:rPr>
          <w:b/>
        </w:rPr>
        <w:t xml:space="preserve">Rent period: </w:t>
      </w:r>
      <w:r>
        <w:t>[MM/DD/YYYY] to [MM/DD/YYYY]</w:t>
      </w:r>
    </w:p>
    <w:p>
      <w:r>
        <w:rPr>
          <w:b/>
        </w:rPr>
        <w:t xml:space="preserve">Amount paid: </w:t>
      </w:r>
      <w:r>
        <w:t>$[0.00]</w:t>
      </w:r>
    </w:p>
    <w:p>
      <w:r>
        <w:rPr>
          <w:b/>
        </w:rPr>
        <w:t xml:space="preserve">Payment method: </w:t>
      </w:r>
      <w:r>
        <w:t>[Cash / Check # ____ / Money order / Online]</w:t>
      </w:r>
    </w:p>
    <w:p>
      <w:r>
        <w:rPr>
          <w:b/>
        </w:rPr>
        <w:t xml:space="preserve">Late fee included: </w:t>
      </w:r>
      <w:r>
        <w:t>$[0.00]</w:t>
      </w:r>
    </w:p>
    <w:p>
      <w:r>
        <w:rPr>
          <w:b/>
        </w:rPr>
        <w:t xml:space="preserve">Balance due: </w:t>
      </w:r>
      <w:r>
        <w:t>$[0.00]</w:t>
      </w:r>
    </w:p>
    <w:p/>
    <w:p>
      <w:r>
        <w:rPr>
          <w:b/>
        </w:rPr>
        <w:t xml:space="preserve">Received by (landlord or manager): </w:t>
      </w:r>
      <w:r>
        <w:t>[Name]</w:t>
      </w:r>
    </w:p>
    <w:p>
      <w:r>
        <w:rPr>
          <w:b/>
        </w:rPr>
        <w:t xml:space="preserve">Signature: </w:t>
      </w:r>
      <w:r>
        <w:t>______________________________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