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D5BD8"/>
          <w:sz w:val="40"/>
        </w:rPr>
        <w:t>PARENT-TEACHER CONFERENCE NOTES</w:t>
      </w:r>
    </w:p>
    <w:p>
      <w:r>
        <w:rPr>
          <w:b/>
        </w:rPr>
        <w:t xml:space="preserve">Student: </w:t>
      </w:r>
      <w:r>
        <w:t>[Name]</w:t>
      </w:r>
    </w:p>
    <w:p>
      <w:r>
        <w:rPr>
          <w:b/>
        </w:rPr>
        <w:t xml:space="preserve">Grade: </w:t>
      </w:r>
      <w:r>
        <w:t>[Grade]</w:t>
      </w:r>
    </w:p>
    <w:p>
      <w:r>
        <w:rPr>
          <w:b/>
        </w:rPr>
        <w:t xml:space="preserve">Teacher: </w:t>
      </w:r>
      <w:r>
        <w:t>[Name]</w:t>
      </w:r>
    </w:p>
    <w:p>
      <w:r>
        <w:rPr>
          <w:b/>
        </w:rPr>
        <w:t xml:space="preserve">Parent/guardian: </w:t>
      </w:r>
      <w:r>
        <w:t>[Name(s)]</w:t>
      </w:r>
    </w:p>
    <w:p>
      <w:r>
        <w:rPr>
          <w:b/>
        </w:rPr>
        <w:t xml:space="preserve">Date: </w:t>
      </w:r>
      <w:r>
        <w:t>[MM/DD/YYYY]</w:t>
      </w:r>
    </w:p>
    <w:p>
      <w:r>
        <w:rPr>
          <w:b/>
        </w:rPr>
        <w:t xml:space="preserve">Format: </w:t>
      </w:r>
      <w:r>
        <w:t>[In person / Video / Phone]</w:t>
      </w:r>
    </w:p>
    <w:p/>
    <w:p>
      <w:pPr>
        <w:spacing w:after="0"/>
      </w:pPr>
      <w:r>
        <w:rPr>
          <w:b/>
          <w:color w:val="5B6470"/>
          <w:sz w:val="18"/>
        </w:rPr>
        <w:t>STRENGTHS</w:t>
      </w:r>
    </w:p>
    <w:p>
      <w:pPr>
        <w:spacing w:after="0"/>
      </w:pPr>
      <w:r>
        <w:t>[ ]</w:t>
      </w:r>
    </w:p>
    <w:p>
      <w:pPr>
        <w:spacing w:after="0"/>
      </w:pPr>
    </w:p>
    <w:p>
      <w:pPr>
        <w:spacing w:after="0"/>
      </w:pPr>
      <w:r>
        <w:rPr>
          <w:b/>
          <w:color w:val="5B6470"/>
          <w:sz w:val="18"/>
        </w:rPr>
        <w:t>AREAS FOR GROWTH</w:t>
      </w:r>
    </w:p>
    <w:p>
      <w:pPr>
        <w:spacing w:after="0"/>
      </w:pPr>
      <w:r>
        <w:t>[ ]</w:t>
      </w:r>
    </w:p>
    <w:p>
      <w:pPr>
        <w:spacing w:after="0"/>
      </w:pPr>
    </w:p>
    <w:p>
      <w:pPr>
        <w:spacing w:after="0"/>
      </w:pPr>
      <w:r>
        <w:rPr>
          <w:b/>
          <w:color w:val="5B6470"/>
          <w:sz w:val="18"/>
        </w:rPr>
        <w:t>QUESTIONS AND CONCERNS FROM HOME</w:t>
      </w:r>
    </w:p>
    <w:p>
      <w:pPr>
        <w:spacing w:after="0"/>
      </w:pPr>
      <w:r>
        <w:t>[ ]</w:t>
      </w:r>
    </w:p>
    <w:p>
      <w:pPr>
        <w:spacing w:after="0"/>
      </w:pPr>
    </w:p>
    <w:p>
      <w:pPr>
        <w:spacing w:after="0"/>
      </w:pPr>
      <w:r>
        <w:rPr>
          <w:b/>
          <w:color w:val="5B6470"/>
          <w:sz w:val="18"/>
        </w:rPr>
        <w:t>GOALS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20"/>
        <w:gridCol w:w="2520"/>
        <w:gridCol w:w="2520"/>
        <w:gridCol w:w="2520"/>
      </w:tblGrid>
      <w:tr>
        <w:tc>
          <w:tcPr>
            <w:tcW w:type="dxa" w:w="2520"/>
          </w:tcPr>
          <w:p>
            <w:r>
              <w:rPr>
                <w:b/>
              </w:rPr>
              <w:t>Goal</w:t>
            </w:r>
          </w:p>
        </w:tc>
        <w:tc>
          <w:tcPr>
            <w:tcW w:type="dxa" w:w="2520"/>
          </w:tcPr>
          <w:p>
            <w:r>
              <w:rPr>
                <w:b/>
              </w:rPr>
              <w:t>How we'll support it at school</w:t>
            </w:r>
          </w:p>
        </w:tc>
        <w:tc>
          <w:tcPr>
            <w:tcW w:type="dxa" w:w="2520"/>
          </w:tcPr>
          <w:p>
            <w:r>
              <w:rPr>
                <w:b/>
              </w:rPr>
              <w:t>How we'll support it at home</w:t>
            </w:r>
          </w:p>
        </w:tc>
        <w:tc>
          <w:tcPr>
            <w:tcW w:type="dxa" w:w="2520"/>
          </w:tcPr>
          <w:p>
            <w:r>
              <w:rPr>
                <w:b/>
              </w:rPr>
              <w:t>Check-in date</w:t>
            </w:r>
          </w:p>
        </w:tc>
      </w:tr>
      <w:tr>
        <w:tc>
          <w:tcPr>
            <w:tcW w:type="dxa" w:w="2520"/>
          </w:tcPr>
          <w:p>
            <w:r>
              <w:t>[Goal]</w:t>
            </w:r>
          </w:p>
        </w:tc>
        <w:tc>
          <w:tcPr>
            <w:tcW w:type="dxa" w:w="2520"/>
          </w:tcPr>
          <w:p>
            <w:r>
              <w:t>[ ]</w:t>
            </w:r>
          </w:p>
        </w:tc>
        <w:tc>
          <w:tcPr>
            <w:tcW w:type="dxa" w:w="2520"/>
          </w:tcPr>
          <w:p>
            <w:r>
              <w:t>[ ]</w:t>
            </w:r>
          </w:p>
        </w:tc>
        <w:tc>
          <w:tcPr>
            <w:tcW w:type="dxa" w:w="2520"/>
          </w:tcPr>
          <w:p>
            <w:r>
              <w:t>[MM/DD]</w:t>
            </w:r>
          </w:p>
        </w:tc>
      </w:tr>
      <w:tr>
        <w:tc>
          <w:tcPr>
            <w:tcW w:type="dxa" w:w="2520"/>
          </w:tcPr>
          <w:p>
            <w:r>
              <w:t>[Goal]</w:t>
            </w:r>
          </w:p>
        </w:tc>
        <w:tc>
          <w:tcPr>
            <w:tcW w:type="dxa" w:w="2520"/>
          </w:tcPr>
          <w:p>
            <w:r>
              <w:t>[ ]</w:t>
            </w:r>
          </w:p>
        </w:tc>
        <w:tc>
          <w:tcPr>
            <w:tcW w:type="dxa" w:w="2520"/>
          </w:tcPr>
          <w:p>
            <w:r>
              <w:t>[ ]</w:t>
            </w:r>
          </w:p>
        </w:tc>
        <w:tc>
          <w:tcPr>
            <w:tcW w:type="dxa" w:w="2520"/>
          </w:tcPr>
          <w:p>
            <w:r>
              <w:t>[MM/DD]</w:t>
            </w:r>
          </w:p>
        </w:tc>
      </w:tr>
      <w:tr>
        <w:tc>
          <w:tcPr>
            <w:tcW w:type="dxa" w:w="2520"/>
          </w:tcPr>
          <w:p>
            <w:r>
              <w:t>[Goal]</w:t>
            </w:r>
          </w:p>
        </w:tc>
        <w:tc>
          <w:tcPr>
            <w:tcW w:type="dxa" w:w="2520"/>
          </w:tcPr>
          <w:p>
            <w:r>
              <w:t>[ ]</w:t>
            </w:r>
          </w:p>
        </w:tc>
        <w:tc>
          <w:tcPr>
            <w:tcW w:type="dxa" w:w="2520"/>
          </w:tcPr>
          <w:p>
            <w:r>
              <w:t>[ ]</w:t>
            </w:r>
          </w:p>
        </w:tc>
        <w:tc>
          <w:tcPr>
            <w:tcW w:type="dxa" w:w="2520"/>
          </w:tcPr>
          <w:p>
            <w:r>
              <w:t>[MM/DD]</w:t>
            </w:r>
          </w:p>
        </w:tc>
      </w:tr>
    </w:tbl>
    <w:p/>
    <w:p>
      <w:r>
        <w:rPr>
          <w:b/>
        </w:rPr>
        <w:t xml:space="preserve">Next contact: </w:t>
      </w:r>
      <w:r>
        <w:t>[Date and method]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