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5BD8"/>
          <w:sz w:val="40"/>
        </w:rPr>
        <w:t>MILEAGE LOG</w:t>
      </w:r>
    </w:p>
    <w:p>
      <w:r>
        <w:rPr>
          <w:b/>
        </w:rPr>
        <w:t xml:space="preserve">Driver: </w:t>
      </w:r>
      <w:r>
        <w:t>[Name]</w:t>
      </w:r>
    </w:p>
    <w:p>
      <w:r>
        <w:rPr>
          <w:b/>
        </w:rPr>
        <w:t xml:space="preserve">Vehicle: </w:t>
      </w:r>
      <w:r>
        <w:t>[Year, make, model]</w:t>
      </w:r>
    </w:p>
    <w:p>
      <w:r>
        <w:rPr>
          <w:b/>
        </w:rPr>
        <w:t xml:space="preserve">Period: </w:t>
      </w:r>
      <w:r>
        <w:t>[MM/DD/YYYY] to [MM/DD/YYYY]</w:t>
      </w:r>
    </w:p>
    <w:p>
      <w:r>
        <w:rPr>
          <w:b/>
        </w:rPr>
        <w:t xml:space="preserve">Odometer at start of year: </w:t>
      </w:r>
      <w:r>
        <w:t>[00000]</w:t>
      </w:r>
    </w:p>
    <w:p>
      <w:r>
        <w:rPr>
          <w:b/>
        </w:rPr>
        <w:t xml:space="preserve">Rate per mile: </w:t>
      </w:r>
      <w:r>
        <w:t>$[0.00]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c>
          <w:tcPr>
            <w:tcW w:type="dxa" w:w="168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680"/>
          </w:tcPr>
          <w:p>
            <w:r>
              <w:rPr>
                <w:b/>
              </w:rPr>
              <w:t>Destination</w:t>
            </w:r>
          </w:p>
        </w:tc>
        <w:tc>
          <w:tcPr>
            <w:tcW w:type="dxa" w:w="1680"/>
          </w:tcPr>
          <w:p>
            <w:r>
              <w:rPr>
                <w:b/>
              </w:rPr>
              <w:t>Business purpose</w:t>
            </w:r>
          </w:p>
        </w:tc>
        <w:tc>
          <w:tcPr>
            <w:tcW w:type="dxa" w:w="1680"/>
          </w:tcPr>
          <w:p>
            <w:r>
              <w:rPr>
                <w:b/>
              </w:rPr>
              <w:t>Odometer start</w:t>
            </w:r>
          </w:p>
        </w:tc>
        <w:tc>
          <w:tcPr>
            <w:tcW w:type="dxa" w:w="1680"/>
          </w:tcPr>
          <w:p>
            <w:r>
              <w:rPr>
                <w:b/>
              </w:rPr>
              <w:t>Odometer end</w:t>
            </w:r>
          </w:p>
        </w:tc>
        <w:tc>
          <w:tcPr>
            <w:tcW w:type="dxa" w:w="1680"/>
          </w:tcPr>
          <w:p>
            <w:r>
              <w:rPr>
                <w:b/>
              </w:rPr>
              <w:t>Miles</w:t>
            </w:r>
          </w:p>
        </w:tc>
      </w:tr>
      <w:tr>
        <w:tc>
          <w:tcPr>
            <w:tcW w:type="dxa" w:w="1680"/>
          </w:tcPr>
          <w:p>
            <w:r>
              <w:t>[MM/DD]</w:t>
            </w:r>
          </w:p>
        </w:tc>
        <w:tc>
          <w:tcPr>
            <w:tcW w:type="dxa" w:w="1680"/>
          </w:tcPr>
          <w:p>
            <w:r>
              <w:t>[Place]</w:t>
            </w:r>
          </w:p>
        </w:tc>
        <w:tc>
          <w:tcPr>
            <w:tcW w:type="dxa" w:w="1680"/>
          </w:tcPr>
          <w:p>
            <w:r>
              <w:t>[Purpose]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[0]</w:t>
            </w:r>
          </w:p>
        </w:tc>
      </w:tr>
      <w:tr>
        <w:tc>
          <w:tcPr>
            <w:tcW w:type="dxa" w:w="1680"/>
          </w:tcPr>
          <w:p>
            <w:r>
              <w:t>[MM/DD]</w:t>
            </w:r>
          </w:p>
        </w:tc>
        <w:tc>
          <w:tcPr>
            <w:tcW w:type="dxa" w:w="1680"/>
          </w:tcPr>
          <w:p>
            <w:r>
              <w:t>[Place]</w:t>
            </w:r>
          </w:p>
        </w:tc>
        <w:tc>
          <w:tcPr>
            <w:tcW w:type="dxa" w:w="1680"/>
          </w:tcPr>
          <w:p>
            <w:r>
              <w:t>[Purpose]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[0]</w:t>
            </w:r>
          </w:p>
        </w:tc>
      </w:tr>
      <w:tr>
        <w:tc>
          <w:tcPr>
            <w:tcW w:type="dxa" w:w="1680"/>
          </w:tcPr>
          <w:p>
            <w:r>
              <w:t>[MM/DD]</w:t>
            </w:r>
          </w:p>
        </w:tc>
        <w:tc>
          <w:tcPr>
            <w:tcW w:type="dxa" w:w="1680"/>
          </w:tcPr>
          <w:p>
            <w:r>
              <w:t>[Place]</w:t>
            </w:r>
          </w:p>
        </w:tc>
        <w:tc>
          <w:tcPr>
            <w:tcW w:type="dxa" w:w="1680"/>
          </w:tcPr>
          <w:p>
            <w:r>
              <w:t>[Purpose]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[0]</w:t>
            </w:r>
          </w:p>
        </w:tc>
      </w:tr>
      <w:tr>
        <w:tc>
          <w:tcPr>
            <w:tcW w:type="dxa" w:w="1680"/>
          </w:tcPr>
          <w:p>
            <w:r>
              <w:t>[MM/DD]</w:t>
            </w:r>
          </w:p>
        </w:tc>
        <w:tc>
          <w:tcPr>
            <w:tcW w:type="dxa" w:w="1680"/>
          </w:tcPr>
          <w:p>
            <w:r>
              <w:t>[Place]</w:t>
            </w:r>
          </w:p>
        </w:tc>
        <w:tc>
          <w:tcPr>
            <w:tcW w:type="dxa" w:w="1680"/>
          </w:tcPr>
          <w:p>
            <w:r>
              <w:t>[Purpose]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[0]</w:t>
            </w:r>
          </w:p>
        </w:tc>
      </w:tr>
      <w:tr>
        <w:tc>
          <w:tcPr>
            <w:tcW w:type="dxa" w:w="1680"/>
          </w:tcPr>
          <w:p>
            <w:r>
              <w:t>[MM/DD]</w:t>
            </w:r>
          </w:p>
        </w:tc>
        <w:tc>
          <w:tcPr>
            <w:tcW w:type="dxa" w:w="1680"/>
          </w:tcPr>
          <w:p>
            <w:r>
              <w:t>[Place]</w:t>
            </w:r>
          </w:p>
        </w:tc>
        <w:tc>
          <w:tcPr>
            <w:tcW w:type="dxa" w:w="1680"/>
          </w:tcPr>
          <w:p>
            <w:r>
              <w:t>[Purpose]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[0]</w:t>
            </w:r>
          </w:p>
        </w:tc>
      </w:tr>
      <w:tr>
        <w:tc>
          <w:tcPr>
            <w:tcW w:type="dxa" w:w="1680"/>
          </w:tcPr>
          <w:p>
            <w:r>
              <w:t>[MM/DD]</w:t>
            </w:r>
          </w:p>
        </w:tc>
        <w:tc>
          <w:tcPr>
            <w:tcW w:type="dxa" w:w="1680"/>
          </w:tcPr>
          <w:p>
            <w:r>
              <w:t>[Place]</w:t>
            </w:r>
          </w:p>
        </w:tc>
        <w:tc>
          <w:tcPr>
            <w:tcW w:type="dxa" w:w="1680"/>
          </w:tcPr>
          <w:p>
            <w:r>
              <w:t>[Purpose]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[0]</w:t>
            </w:r>
          </w:p>
        </w:tc>
      </w:tr>
      <w:tr>
        <w:tc>
          <w:tcPr>
            <w:tcW w:type="dxa" w:w="1680"/>
          </w:tcPr>
          <w:p>
            <w:r>
              <w:t>[MM/DD]</w:t>
            </w:r>
          </w:p>
        </w:tc>
        <w:tc>
          <w:tcPr>
            <w:tcW w:type="dxa" w:w="1680"/>
          </w:tcPr>
          <w:p>
            <w:r>
              <w:t>[Place]</w:t>
            </w:r>
          </w:p>
        </w:tc>
        <w:tc>
          <w:tcPr>
            <w:tcW w:type="dxa" w:w="1680"/>
          </w:tcPr>
          <w:p>
            <w:r>
              <w:t>[Purpose]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[0]</w:t>
            </w:r>
          </w:p>
        </w:tc>
      </w:tr>
      <w:tr>
        <w:tc>
          <w:tcPr>
            <w:tcW w:type="dxa" w:w="1680"/>
          </w:tcPr>
          <w:p>
            <w:r>
              <w:t>[MM/DD]</w:t>
            </w:r>
          </w:p>
        </w:tc>
        <w:tc>
          <w:tcPr>
            <w:tcW w:type="dxa" w:w="1680"/>
          </w:tcPr>
          <w:p>
            <w:r>
              <w:t>[Place]</w:t>
            </w:r>
          </w:p>
        </w:tc>
        <w:tc>
          <w:tcPr>
            <w:tcW w:type="dxa" w:w="1680"/>
          </w:tcPr>
          <w:p>
            <w:r>
              <w:t>[Purpose]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[0]</w:t>
            </w:r>
          </w:p>
        </w:tc>
      </w:tr>
      <w:tr>
        <w:tc>
          <w:tcPr>
            <w:tcW w:type="dxa" w:w="1680"/>
          </w:tcPr>
          <w:p>
            <w:r>
              <w:t>[MM/DD]</w:t>
            </w:r>
          </w:p>
        </w:tc>
        <w:tc>
          <w:tcPr>
            <w:tcW w:type="dxa" w:w="1680"/>
          </w:tcPr>
          <w:p>
            <w:r>
              <w:t>[Place]</w:t>
            </w:r>
          </w:p>
        </w:tc>
        <w:tc>
          <w:tcPr>
            <w:tcW w:type="dxa" w:w="1680"/>
          </w:tcPr>
          <w:p>
            <w:r>
              <w:t>[Purpose]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[0]</w:t>
            </w:r>
          </w:p>
        </w:tc>
      </w:tr>
      <w:tr>
        <w:tc>
          <w:tcPr>
            <w:tcW w:type="dxa" w:w="1680"/>
          </w:tcPr>
          <w:p>
            <w:r>
              <w:t>[MM/DD]</w:t>
            </w:r>
          </w:p>
        </w:tc>
        <w:tc>
          <w:tcPr>
            <w:tcW w:type="dxa" w:w="1680"/>
          </w:tcPr>
          <w:p>
            <w:r>
              <w:t>[Place]</w:t>
            </w:r>
          </w:p>
        </w:tc>
        <w:tc>
          <w:tcPr>
            <w:tcW w:type="dxa" w:w="1680"/>
          </w:tcPr>
          <w:p>
            <w:r>
              <w:t>[Purpose]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[0]</w:t>
            </w:r>
          </w:p>
        </w:tc>
      </w:tr>
      <w:tr>
        <w:tc>
          <w:tcPr>
            <w:tcW w:type="dxa" w:w="1680"/>
          </w:tcPr>
          <w:p>
            <w:r>
              <w:t>[MM/DD]</w:t>
            </w:r>
          </w:p>
        </w:tc>
        <w:tc>
          <w:tcPr>
            <w:tcW w:type="dxa" w:w="1680"/>
          </w:tcPr>
          <w:p>
            <w:r>
              <w:t>[Place]</w:t>
            </w:r>
          </w:p>
        </w:tc>
        <w:tc>
          <w:tcPr>
            <w:tcW w:type="dxa" w:w="1680"/>
          </w:tcPr>
          <w:p>
            <w:r>
              <w:t>[Purpose]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[0]</w:t>
            </w:r>
          </w:p>
        </w:tc>
      </w:tr>
      <w:tr>
        <w:tc>
          <w:tcPr>
            <w:tcW w:type="dxa" w:w="1680"/>
          </w:tcPr>
          <w:p>
            <w:r>
              <w:t>[MM/DD]</w:t>
            </w:r>
          </w:p>
        </w:tc>
        <w:tc>
          <w:tcPr>
            <w:tcW w:type="dxa" w:w="1680"/>
          </w:tcPr>
          <w:p>
            <w:r>
              <w:t>[Place]</w:t>
            </w:r>
          </w:p>
        </w:tc>
        <w:tc>
          <w:tcPr>
            <w:tcW w:type="dxa" w:w="1680"/>
          </w:tcPr>
          <w:p>
            <w:r>
              <w:t>[Purpose]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[00000]</w:t>
            </w:r>
          </w:p>
        </w:tc>
        <w:tc>
          <w:tcPr>
            <w:tcW w:type="dxa" w:w="1680"/>
          </w:tcPr>
          <w:p>
            <w:r>
              <w:t>[0]</w:t>
            </w:r>
          </w:p>
        </w:tc>
      </w:tr>
    </w:tbl>
    <w:p/>
    <w:p>
      <w:r>
        <w:rPr>
          <w:b/>
        </w:rPr>
        <w:t xml:space="preserve">Total business miles: </w:t>
      </w:r>
      <w:r>
        <w:t>[0]</w:t>
      </w:r>
    </w:p>
    <w:p>
      <w:r>
        <w:rPr>
          <w:b/>
        </w:rPr>
        <w:t xml:space="preserve">Total reimbursement or deduction: </w:t>
      </w:r>
      <w:r>
        <w:t>$[0.00]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