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MEETING MINUTES</w:t>
      </w:r>
    </w:p>
    <w:p>
      <w:r>
        <w:rPr>
          <w:b/>
        </w:rPr>
        <w:t xml:space="preserve">Meeting: </w:t>
      </w:r>
      <w:r>
        <w:t>[Meeting name]</w:t>
      </w:r>
    </w:p>
    <w:p>
      <w:r>
        <w:rPr>
          <w:b/>
        </w:rPr>
        <w:t xml:space="preserve">Date and time: </w:t>
      </w:r>
      <w:r>
        <w:t>[MM/DD/YYYY], [0:00] [AM/PM]</w:t>
      </w:r>
    </w:p>
    <w:p>
      <w:r>
        <w:rPr>
          <w:b/>
        </w:rPr>
        <w:t xml:space="preserve">Location: </w:t>
      </w:r>
      <w:r>
        <w:t>[Room or video link]</w:t>
      </w:r>
    </w:p>
    <w:p>
      <w:r>
        <w:rPr>
          <w:b/>
        </w:rPr>
        <w:t xml:space="preserve">Facilitator: </w:t>
      </w:r>
      <w:r>
        <w:t>[Name]</w:t>
      </w:r>
    </w:p>
    <w:p>
      <w:r>
        <w:rPr>
          <w:b/>
        </w:rPr>
        <w:t xml:space="preserve">Recorded by: </w:t>
      </w:r>
      <w:r>
        <w:t>[Name]</w:t>
      </w:r>
    </w:p>
    <w:p>
      <w:r>
        <w:rPr>
          <w:b/>
        </w:rPr>
        <w:t xml:space="preserve">Present: </w:t>
      </w:r>
      <w:r>
        <w:t>[Names]</w:t>
      </w:r>
    </w:p>
    <w:p>
      <w:r>
        <w:rPr>
          <w:b/>
        </w:rPr>
        <w:t xml:space="preserve">Absent: </w:t>
      </w:r>
      <w:r>
        <w:t>[Names]</w:t>
      </w:r>
    </w:p>
    <w:p/>
    <w:p>
      <w:pPr>
        <w:spacing w:after="0"/>
      </w:pPr>
      <w:r>
        <w:rPr>
          <w:b/>
          <w:color w:val="5B6470"/>
          <w:sz w:val="18"/>
        </w:rPr>
        <w:t>DISCUSSION AND 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3360"/>
          </w:tcPr>
          <w:p>
            <w:r>
              <w:rPr>
                <w:b/>
              </w:rPr>
              <w:t>Key points</w:t>
            </w:r>
          </w:p>
        </w:tc>
        <w:tc>
          <w:tcPr>
            <w:tcW w:type="dxa" w:w="3360"/>
          </w:tcPr>
          <w:p>
            <w:r>
              <w:rPr>
                <w:b/>
              </w:rPr>
              <w:t>Decision</w:t>
            </w:r>
          </w:p>
        </w:tc>
      </w:tr>
      <w:tr>
        <w:tc>
          <w:tcPr>
            <w:tcW w:type="dxa" w:w="3360"/>
          </w:tcPr>
          <w:p>
            <w:r>
              <w:t>[Topic]</w:t>
            </w:r>
          </w:p>
        </w:tc>
        <w:tc>
          <w:tcPr>
            <w:tcW w:type="dxa" w:w="3360"/>
          </w:tcPr>
          <w:p>
            <w:r>
              <w:t>[Summary]</w:t>
            </w:r>
          </w:p>
        </w:tc>
        <w:tc>
          <w:tcPr>
            <w:tcW w:type="dxa" w:w="3360"/>
          </w:tcPr>
          <w:p>
            <w:r>
              <w:t>[Decision or none]</w:t>
            </w:r>
          </w:p>
        </w:tc>
      </w:tr>
      <w:tr>
        <w:tc>
          <w:tcPr>
            <w:tcW w:type="dxa" w:w="3360"/>
          </w:tcPr>
          <w:p>
            <w:r>
              <w:t>[Topic]</w:t>
            </w:r>
          </w:p>
        </w:tc>
        <w:tc>
          <w:tcPr>
            <w:tcW w:type="dxa" w:w="3360"/>
          </w:tcPr>
          <w:p>
            <w:r>
              <w:t>[Summary]</w:t>
            </w:r>
          </w:p>
        </w:tc>
        <w:tc>
          <w:tcPr>
            <w:tcW w:type="dxa" w:w="3360"/>
          </w:tcPr>
          <w:p>
            <w:r>
              <w:t>[Decision or none]</w:t>
            </w:r>
          </w:p>
        </w:tc>
      </w:tr>
      <w:tr>
        <w:tc>
          <w:tcPr>
            <w:tcW w:type="dxa" w:w="3360"/>
          </w:tcPr>
          <w:p>
            <w:r>
              <w:t>[Topic]</w:t>
            </w:r>
          </w:p>
        </w:tc>
        <w:tc>
          <w:tcPr>
            <w:tcW w:type="dxa" w:w="3360"/>
          </w:tcPr>
          <w:p>
            <w:r>
              <w:t>[Summary]</w:t>
            </w:r>
          </w:p>
        </w:tc>
        <w:tc>
          <w:tcPr>
            <w:tcW w:type="dxa" w:w="3360"/>
          </w:tcPr>
          <w:p>
            <w:r>
              <w:t>[Decision or none]</w:t>
            </w:r>
          </w:p>
        </w:tc>
      </w:tr>
      <w:tr>
        <w:tc>
          <w:tcPr>
            <w:tcW w:type="dxa" w:w="3360"/>
          </w:tcPr>
          <w:p>
            <w:r>
              <w:t>[Topic]</w:t>
            </w:r>
          </w:p>
        </w:tc>
        <w:tc>
          <w:tcPr>
            <w:tcW w:type="dxa" w:w="3360"/>
          </w:tcPr>
          <w:p>
            <w:r>
              <w:t>[Summary]</w:t>
            </w:r>
          </w:p>
        </w:tc>
        <w:tc>
          <w:tcPr>
            <w:tcW w:type="dxa" w:w="3360"/>
          </w:tcPr>
          <w:p>
            <w:r>
              <w:t>[Decision or none]</w:t>
            </w:r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33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3360"/>
          </w:tcPr>
          <w:p>
            <w:r>
              <w:rPr>
                <w:b/>
              </w:rPr>
              <w:t>Due date</w:t>
            </w:r>
          </w:p>
        </w:tc>
      </w:tr>
      <w:tr>
        <w:tc>
          <w:tcPr>
            <w:tcW w:type="dxa" w:w="3360"/>
          </w:tcPr>
          <w:p>
            <w:r>
              <w:t>[Task]</w:t>
            </w:r>
          </w:p>
        </w:tc>
        <w:tc>
          <w:tcPr>
            <w:tcW w:type="dxa" w:w="3360"/>
          </w:tcPr>
          <w:p>
            <w:r>
              <w:t>[Name]</w:t>
            </w:r>
          </w:p>
        </w:tc>
        <w:tc>
          <w:tcPr>
            <w:tcW w:type="dxa" w:w="3360"/>
          </w:tcPr>
          <w:p>
            <w:r>
              <w:t>[MM/DD/YYYY]</w:t>
            </w:r>
          </w:p>
        </w:tc>
      </w:tr>
      <w:tr>
        <w:tc>
          <w:tcPr>
            <w:tcW w:type="dxa" w:w="3360"/>
          </w:tcPr>
          <w:p>
            <w:r>
              <w:t>[Task]</w:t>
            </w:r>
          </w:p>
        </w:tc>
        <w:tc>
          <w:tcPr>
            <w:tcW w:type="dxa" w:w="3360"/>
          </w:tcPr>
          <w:p>
            <w:r>
              <w:t>[Name]</w:t>
            </w:r>
          </w:p>
        </w:tc>
        <w:tc>
          <w:tcPr>
            <w:tcW w:type="dxa" w:w="3360"/>
          </w:tcPr>
          <w:p>
            <w:r>
              <w:t>[MM/DD/YYYY]</w:t>
            </w:r>
          </w:p>
        </w:tc>
      </w:tr>
      <w:tr>
        <w:tc>
          <w:tcPr>
            <w:tcW w:type="dxa" w:w="3360"/>
          </w:tcPr>
          <w:p>
            <w:r>
              <w:t>[Task]</w:t>
            </w:r>
          </w:p>
        </w:tc>
        <w:tc>
          <w:tcPr>
            <w:tcW w:type="dxa" w:w="3360"/>
          </w:tcPr>
          <w:p>
            <w:r>
              <w:t>[Name]</w:t>
            </w:r>
          </w:p>
        </w:tc>
        <w:tc>
          <w:tcPr>
            <w:tcW w:type="dxa" w:w="3360"/>
          </w:tcPr>
          <w:p>
            <w:r>
              <w:t>[MM/DD/YYYY]</w:t>
            </w:r>
          </w:p>
        </w:tc>
      </w:tr>
      <w:tr>
        <w:tc>
          <w:tcPr>
            <w:tcW w:type="dxa" w:w="3360"/>
          </w:tcPr>
          <w:p>
            <w:r>
              <w:t>[Task]</w:t>
            </w:r>
          </w:p>
        </w:tc>
        <w:tc>
          <w:tcPr>
            <w:tcW w:type="dxa" w:w="3360"/>
          </w:tcPr>
          <w:p>
            <w:r>
              <w:t>[Name]</w:t>
            </w:r>
          </w:p>
        </w:tc>
        <w:tc>
          <w:tcPr>
            <w:tcW w:type="dxa" w:w="3360"/>
          </w:tcPr>
          <w:p>
            <w:r>
              <w:t>[MM/DD/YYYY]</w:t>
            </w:r>
          </w:p>
        </w:tc>
      </w:tr>
    </w:tbl>
    <w:p/>
    <w:p>
      <w:r>
        <w:rPr>
          <w:b/>
        </w:rPr>
        <w:t xml:space="preserve">Next meeting: </w:t>
      </w:r>
      <w:r>
        <w:t>[MM/DD/YYYY], [0:00] [AM/PM]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