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MEETING AGENDA</w:t>
      </w:r>
    </w:p>
    <w:p>
      <w:r>
        <w:rPr>
          <w:b/>
        </w:rPr>
        <w:t xml:space="preserve">Meeting: </w:t>
      </w:r>
      <w:r>
        <w:t>[Meeting name]</w:t>
      </w:r>
    </w:p>
    <w:p>
      <w:r>
        <w:rPr>
          <w:b/>
        </w:rPr>
        <w:t xml:space="preserve">Date and time: </w:t>
      </w:r>
      <w:r>
        <w:t>[MM/DD/YYYY], [0:00] – [0:00] [AM/PM] [Time zone]</w:t>
      </w:r>
    </w:p>
    <w:p>
      <w:r>
        <w:rPr>
          <w:b/>
        </w:rPr>
        <w:t xml:space="preserve">Location / link: </w:t>
      </w:r>
      <w:r>
        <w:t>[Room or video link]</w:t>
      </w:r>
    </w:p>
    <w:p>
      <w:r>
        <w:rPr>
          <w:b/>
        </w:rPr>
        <w:t xml:space="preserve">Facilitator: </w:t>
      </w:r>
      <w:r>
        <w:t>[Name]</w:t>
      </w:r>
    </w:p>
    <w:p>
      <w:r>
        <w:rPr>
          <w:b/>
        </w:rPr>
        <w:t xml:space="preserve">Note taker: </w:t>
      </w:r>
      <w:r>
        <w:t>[Name]</w:t>
      </w:r>
    </w:p>
    <w:p>
      <w:r>
        <w:rPr>
          <w:b/>
        </w:rPr>
        <w:t xml:space="preserve">Attendees: </w:t>
      </w:r>
      <w:r>
        <w:t>[Names]</w:t>
      </w:r>
    </w:p>
    <w:p>
      <w:r>
        <w:rPr>
          <w:b/>
        </w:rPr>
        <w:t xml:space="preserve">Goal: </w:t>
      </w:r>
      <w:r>
        <w:t>[What this meeting must decide or produce]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Topic</w:t>
            </w:r>
          </w:p>
        </w:tc>
        <w:tc>
          <w:tcPr>
            <w:tcW w:type="dxa" w:w="252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20"/>
          </w:tcPr>
          <w:p>
            <w:r>
              <w:rPr>
                <w:b/>
              </w:rPr>
              <w:t>Outcome needed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Welcome and goal</w:t>
            </w:r>
          </w:p>
        </w:tc>
        <w:tc>
          <w:tcPr>
            <w:tcW w:type="dxa" w:w="2520"/>
          </w:tcPr>
          <w:p>
            <w:r>
              <w:t>[Name]</w:t>
            </w:r>
          </w:p>
        </w:tc>
        <w:tc>
          <w:tcPr>
            <w:tcW w:type="dxa" w:w="2520"/>
          </w:tcPr>
          <w:p>
            <w:r>
              <w:t>Agree on goal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[Topic]</w:t>
            </w:r>
          </w:p>
        </w:tc>
        <w:tc>
          <w:tcPr>
            <w:tcW w:type="dxa" w:w="2520"/>
          </w:tcPr>
          <w:p>
            <w:r>
              <w:t>[Name]</w:t>
            </w:r>
          </w:p>
        </w:tc>
        <w:tc>
          <w:tcPr>
            <w:tcW w:type="dxa" w:w="2520"/>
          </w:tcPr>
          <w:p>
            <w:r>
              <w:t>[Decision / Update / Discussion]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[Topic]</w:t>
            </w:r>
          </w:p>
        </w:tc>
        <w:tc>
          <w:tcPr>
            <w:tcW w:type="dxa" w:w="2520"/>
          </w:tcPr>
          <w:p>
            <w:r>
              <w:t>[Name]</w:t>
            </w:r>
          </w:p>
        </w:tc>
        <w:tc>
          <w:tcPr>
            <w:tcW w:type="dxa" w:w="2520"/>
          </w:tcPr>
          <w:p>
            <w:r>
              <w:t>[Decision / Update / Discussion]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[Topic]</w:t>
            </w:r>
          </w:p>
        </w:tc>
        <w:tc>
          <w:tcPr>
            <w:tcW w:type="dxa" w:w="2520"/>
          </w:tcPr>
          <w:p>
            <w:r>
              <w:t>[Name]</w:t>
            </w:r>
          </w:p>
        </w:tc>
        <w:tc>
          <w:tcPr>
            <w:tcW w:type="dxa" w:w="2520"/>
          </w:tcPr>
          <w:p>
            <w:r>
              <w:t>[Decision / Update / Discussion]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[Topic]</w:t>
            </w:r>
          </w:p>
        </w:tc>
        <w:tc>
          <w:tcPr>
            <w:tcW w:type="dxa" w:w="2520"/>
          </w:tcPr>
          <w:p>
            <w:r>
              <w:t>[Name]</w:t>
            </w:r>
          </w:p>
        </w:tc>
        <w:tc>
          <w:tcPr>
            <w:tcW w:type="dxa" w:w="2520"/>
          </w:tcPr>
          <w:p>
            <w:r>
              <w:t>[Decision / Update / Discussion]</w:t>
            </w:r>
          </w:p>
        </w:tc>
      </w:tr>
      <w:tr>
        <w:tc>
          <w:tcPr>
            <w:tcW w:type="dxa" w:w="2520"/>
          </w:tcPr>
          <w:p>
            <w:r>
              <w:t>[0:00]</w:t>
            </w:r>
          </w:p>
        </w:tc>
        <w:tc>
          <w:tcPr>
            <w:tcW w:type="dxa" w:w="2520"/>
          </w:tcPr>
          <w:p>
            <w:r>
              <w:t>Action items and next steps</w:t>
            </w:r>
          </w:p>
        </w:tc>
        <w:tc>
          <w:tcPr>
            <w:tcW w:type="dxa" w:w="2520"/>
          </w:tcPr>
          <w:p>
            <w:r>
              <w:t>[Name]</w:t>
            </w:r>
          </w:p>
        </w:tc>
        <w:tc>
          <w:tcPr>
            <w:tcW w:type="dxa" w:w="2520"/>
          </w:tcPr>
          <w:p>
            <w:r>
              <w:t>Owners and due dates</w:t>
            </w:r>
          </w:p>
        </w:tc>
      </w:tr>
    </w:tbl>
    <w:p/>
    <w:p>
      <w:pPr>
        <w:spacing w:after="0"/>
      </w:pPr>
      <w:r>
        <w:rPr>
          <w:b/>
          <w:color w:val="5B6470"/>
          <w:sz w:val="18"/>
        </w:rPr>
        <w:t>PREPARE BEFORE THE MEETING</w:t>
      </w:r>
    </w:p>
    <w:p>
      <w:pPr>
        <w:spacing w:after="0"/>
      </w:pPr>
      <w:r>
        <w:t>• [Document to read or data to bring]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