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t>[Company Name]</w:t>
      </w:r>
    </w:p>
    <w:p>
      <w:pPr>
        <w:spacing w:after="0"/>
      </w:pPr>
      <w:r>
        <w:t>[Street Address]</w:t>
      </w:r>
    </w:p>
    <w:p>
      <w:pPr>
        <w:spacing w:after="0"/>
      </w:pPr>
      <w:r>
        <w:t>[City, State ZIP]</w:t>
      </w:r>
    </w:p>
    <w:p/>
    <w:p>
      <w:pPr>
        <w:spacing w:after="0"/>
      </w:pPr>
      <w:r>
        <w:t>[Month DD, YYYY]</w:t>
      </w:r>
    </w:p>
    <w:p/>
    <w:p>
      <w:pPr>
        <w:spacing w:after="0"/>
      </w:pPr>
      <w:r>
        <w:t>[Candidate Name]</w:t>
      </w:r>
    </w:p>
    <w:p>
      <w:pPr>
        <w:spacing w:after="0"/>
      </w:pPr>
      <w:r>
        <w:t>[Street Address]</w:t>
      </w:r>
    </w:p>
    <w:p>
      <w:pPr>
        <w:spacing w:after="0"/>
      </w:pPr>
      <w:r>
        <w:t>[City, State ZIP]</w:t>
      </w:r>
    </w:p>
    <w:p/>
    <w:p>
      <w:r>
        <w:rPr>
          <w:b/>
        </w:rPr>
        <w:t>Re: Offer of employment</w:t>
      </w:r>
    </w:p>
    <w:p/>
    <w:p>
      <w:pPr>
        <w:spacing w:after="200"/>
      </w:pPr>
      <w:r>
        <w:t>Dear [Candidate Name],</w:t>
      </w:r>
    </w:p>
    <w:p>
      <w:pPr>
        <w:spacing w:after="200"/>
      </w:pPr>
      <w:r>
        <w:t>We're pleased to offer you the position of [Job Title] at [Company Name]. We were impressed by [something specific from the interviews] and believe you'll be a great addition to the team.</w:t>
      </w:r>
    </w:p>
    <w:p>
      <w:pPr>
        <w:spacing w:after="200"/>
      </w:pPr>
      <w:r>
        <w:t>Position details:</w:t>
        <w:br/>
        <w:t>• Start date: [Month DD, YYYY]</w:t>
        <w:br/>
        <w:t>• Reports to: [Manager Name, Title]</w:t>
        <w:br/>
        <w:t>• Status: [Full-time / Part-time], [exempt / non-exempt]</w:t>
        <w:br/>
        <w:t>• Work location: [Office address / Remote / Hybrid]</w:t>
        <w:br/>
        <w:t>• Pay: $[amount] per [year / hour], paid [biweekly]</w:t>
        <w:br/>
        <w:t>• Benefits: [health insurance, 401(k), paid time off, other]</w:t>
      </w:r>
    </w:p>
    <w:p>
      <w:pPr>
        <w:spacing w:after="200"/>
      </w:pPr>
      <w:r>
        <w:t>This offer is contingent on [a background check / proof of eligibility to work in the United States / other conditions].</w:t>
      </w:r>
    </w:p>
    <w:p>
      <w:pPr>
        <w:spacing w:after="200"/>
      </w:pPr>
      <w:r>
        <w:t>Employment with [Company Name] is at will, meaning either you or the company may end the employment relationship at any time, with or without cause or notice. This letter is not a contract of employment for any set length of time.</w:t>
      </w:r>
    </w:p>
    <w:p>
      <w:pPr>
        <w:spacing w:after="200"/>
      </w:pPr>
      <w:r>
        <w:t>To accept, please sign and return this letter by [Month DD, YYYY]. If you have questions, contact me at [email or phone].</w:t>
      </w:r>
    </w:p>
    <w:p>
      <w:pPr>
        <w:spacing w:after="200"/>
      </w:pPr>
      <w:r>
        <w:t>We look forward to working with you.</w:t>
      </w:r>
    </w:p>
    <w:p>
      <w:pPr>
        <w:spacing w:after="0"/>
      </w:pPr>
      <w:r>
        <w:t>Sincerely,</w:t>
      </w:r>
    </w:p>
    <w:p/>
    <w:p/>
    <w:p>
      <w:pPr>
        <w:spacing w:after="0"/>
      </w:pPr>
      <w:r>
        <w:t>[Hiring Manager Name]</w:t>
      </w:r>
    </w:p>
    <w:p>
      <w:pPr>
        <w:spacing w:after="0"/>
      </w:pPr>
      <w:r>
        <w:t>[Title]</w:t>
      </w:r>
    </w:p>
    <w:p>
      <w:pPr>
        <w:spacing w:after="0"/>
      </w:pPr>
    </w:p>
    <w:p>
      <w:pPr>
        <w:spacing w:after="0"/>
      </w:pPr>
      <w:r>
        <w:t>Accepted: ______________________   Date: __________</w:t>
      </w:r>
    </w:p>
    <w:p>
      <w:pPr>
        <w:spacing w:after="0"/>
      </w:pPr>
      <w:r>
        <w:t>[Candidate Name]</w:t>
      </w:r>
    </w:p>
    <w:sectPr w:rsidR="00FC693F" w:rsidRPr="0006063C" w:rsidSect="00034616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