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 xml:space="preserve">To: </w:t>
      </w:r>
      <w:r>
        <w:t>[interviewer@company.com]</w:t>
      </w:r>
    </w:p>
    <w:p>
      <w:r>
        <w:rPr>
          <w:b/>
        </w:rPr>
        <w:t xml:space="preserve">Subject: </w:t>
      </w:r>
      <w:r>
        <w:t>Thank you, [Job Title] interview</w:t>
      </w:r>
    </w:p>
    <w:p/>
    <w:p>
      <w:pPr>
        <w:spacing w:after="200"/>
      </w:pPr>
      <w:r>
        <w:t>Hi [Interviewer Name],</w:t>
      </w:r>
    </w:p>
    <w:p>
      <w:pPr>
        <w:spacing w:after="200"/>
      </w:pPr>
      <w:r>
        <w:t>Thank you for taking the time to talk with me [today / yesterday] about the [Job Title] role. I enjoyed learning about [a specific topic from the conversation].</w:t>
      </w:r>
    </w:p>
    <w:p>
      <w:pPr>
        <w:spacing w:after="200"/>
      </w:pPr>
      <w:r>
        <w:t>Our conversation about [a challenge they mentioned] made me even more excited about the role. [One sentence connecting your experience to that challenge.]</w:t>
      </w:r>
    </w:p>
    <w:p>
      <w:pPr>
        <w:spacing w:after="200"/>
      </w:pPr>
      <w:r>
        <w:t>Please let me know if I can send anything else. I look forward to hearing about next steps.</w:t>
      </w:r>
    </w:p>
    <w:p>
      <w:pPr>
        <w:spacing w:after="200"/>
      </w:pPr>
      <w:r>
        <w:t>Best regards,</w:t>
      </w:r>
    </w:p>
    <w:p>
      <w:pPr>
        <w:spacing w:after="200"/>
      </w:pPr>
      <w:r>
        <w:t>[Your Name]</w:t>
      </w:r>
    </w:p>
    <w:p>
      <w:pPr>
        <w:spacing w:after="200"/>
      </w:pPr>
      <w:r>
        <w:t>[Phone]  |  [LinkedIn URL]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