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52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[Your Name or Business Name]</w:t>
            </w:r>
          </w:p>
          <w:p>
            <w:r>
              <w:t>[Street Address]</w:t>
            </w:r>
          </w:p>
          <w:p>
            <w:r>
              <w:t>[City, State ZIP]</w:t>
            </w:r>
          </w:p>
          <w:p>
            <w:r>
              <w:t>[Email]  |  [Phone]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</w:rPr>
              <w:t xml:space="preserve">Invoice #: </w:t>
            </w:r>
            <w:r>
              <w:t>[0001]</w:t>
            </w:r>
          </w:p>
          <w:p>
            <w:pPr>
              <w:jc w:val="right"/>
            </w:pPr>
            <w:r>
              <w:rPr>
                <w:b/>
              </w:rPr>
              <w:t xml:space="preserve">Invoice date: </w:t>
            </w:r>
            <w:r>
              <w:t>[MM/DD/YYYY]</w:t>
            </w:r>
          </w:p>
          <w:p>
            <w:pPr>
              <w:jc w:val="right"/>
            </w:pPr>
            <w:r>
              <w:rPr>
                <w:b/>
              </w:rPr>
              <w:t xml:space="preserve">Due date: </w:t>
            </w:r>
            <w:r>
              <w:t>[MM/DD/YYYY]</w:t>
            </w:r>
          </w:p>
          <w:p>
            <w:pPr>
              <w:jc w:val="right"/>
            </w:pPr>
            <w:r>
              <w:rPr>
                <w:b/>
              </w:rPr>
              <w:t xml:space="preserve">Terms: </w:t>
            </w:r>
            <w:r>
              <w:t>[Net 15]</w:t>
            </w:r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Company]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>
      <w:pPr>
        <w:spacing w:after="0"/>
      </w:pPr>
      <w:r>
        <w:t>[Client Email]</w:t>
      </w:r>
    </w:p>
    <w:p/>
    <w:p>
      <w:pPr>
        <w:spacing w:after="0"/>
      </w:pPr>
      <w:r>
        <w:rPr>
          <w:b/>
          <w:color w:val="5B6470"/>
          <w:sz w:val="18"/>
        </w:rPr>
        <w:t>PROJECT</w:t>
      </w:r>
    </w:p>
    <w:p>
      <w:pPr>
        <w:spacing w:after="0"/>
      </w:pPr>
      <w:r>
        <w:t>[Project name or PO number]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520"/>
          </w:tcPr>
          <w:p>
            <w:r>
              <w:rPr>
                <w:b/>
              </w:rPr>
              <w:t>Hours / Qty</w:t>
            </w:r>
          </w:p>
        </w:tc>
        <w:tc>
          <w:tcPr>
            <w:tcW w:type="dxa" w:w="252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520"/>
          </w:tcPr>
          <w:p>
            <w:r>
              <w:t>[Service or deliverable]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[Service or deliverable]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[Service or deliverable]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[Service or deliverable]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[Service or deliverable]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Subtotal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$[0.00]</w:t>
            </w:r>
          </w:p>
        </w:tc>
      </w:tr>
      <w:tr>
        <w:tc>
          <w:tcPr>
            <w:tcW w:type="dxa" w:w="5040"/>
          </w:tcPr>
          <w:p>
            <w:r>
              <w:t>Discount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-$[0.00]</w:t>
            </w:r>
          </w:p>
        </w:tc>
      </w:tr>
      <w:tr>
        <w:tc>
          <w:tcPr>
            <w:tcW w:type="dxa" w:w="5040"/>
          </w:tcPr>
          <w:p>
            <w:r>
              <w:t>Tax ([0]%)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$[0.00]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</w:rPr>
              <w:t>$[0.00]</w:t>
            </w:r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PAYMENT METHODS</w:t>
      </w:r>
    </w:p>
    <w:p>
      <w:pPr>
        <w:spacing w:after="0"/>
      </w:pPr>
      <w:r>
        <w:t>[Bank transfer: Bank name, account and routing number]</w:t>
      </w:r>
    </w:p>
    <w:p>
      <w:pPr>
        <w:spacing w:after="0"/>
      </w:pPr>
      <w:r>
        <w:t>[Zelle / PayPal / Venmo: handle]</w:t>
      </w:r>
    </w:p>
    <w:p>
      <w:pPr>
        <w:spacing w:after="0"/>
      </w:pPr>
      <w:r>
        <w:t>[Check payable to: Your Name]</w:t>
      </w:r>
    </w:p>
    <w:p/>
    <w:p>
      <w:pPr>
        <w:spacing w:after="0"/>
      </w:pPr>
      <w:r>
        <w:rPr>
          <w:b/>
          <w:color w:val="5B6470"/>
          <w:sz w:val="18"/>
        </w:rPr>
        <w:t>NOTES</w:t>
      </w:r>
    </w:p>
    <w:p>
      <w:pPr>
        <w:spacing w:after="0"/>
      </w:pPr>
      <w:r>
        <w:t>[A late fee of 1.5% per month applies to balances unpaid after the due date.]</w:t>
      </w:r>
    </w:p>
    <w:p>
      <w:pPr>
        <w:spacing w:after="0"/>
      </w:pPr>
      <w:r>
        <w:t>Thank you for your business!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