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D5BD8"/>
          <w:sz w:val="40"/>
        </w:rPr>
        <w:t>FIELD TRIP PERMISSION SLIP</w:t>
      </w:r>
    </w:p>
    <w:p>
      <w:r>
        <w:rPr>
          <w:b/>
        </w:rPr>
        <w:t xml:space="preserve">School: </w:t>
      </w:r>
      <w:r>
        <w:t>[School Name]</w:t>
      </w:r>
    </w:p>
    <w:p>
      <w:r>
        <w:rPr>
          <w:b/>
        </w:rPr>
        <w:t xml:space="preserve">Teacher / class: </w:t>
      </w:r>
      <w:r>
        <w:t>[Name, Grade]</w:t>
      </w:r>
    </w:p>
    <w:p>
      <w:r>
        <w:rPr>
          <w:b/>
        </w:rPr>
        <w:t xml:space="preserve">Destination: </w:t>
      </w:r>
      <w:r>
        <w:t>[Place and address]</w:t>
      </w:r>
    </w:p>
    <w:p>
      <w:r>
        <w:rPr>
          <w:b/>
        </w:rPr>
        <w:t xml:space="preserve">Date: </w:t>
      </w:r>
      <w:r>
        <w:t>[MM/DD/YYYY]</w:t>
      </w:r>
    </w:p>
    <w:p>
      <w:r>
        <w:rPr>
          <w:b/>
        </w:rPr>
        <w:t xml:space="preserve">Departure / return: </w:t>
      </w:r>
      <w:r>
        <w:t>[0:00] / [0:00]</w:t>
      </w:r>
    </w:p>
    <w:p>
      <w:r>
        <w:rPr>
          <w:b/>
        </w:rPr>
        <w:t xml:space="preserve">Transportation: </w:t>
      </w:r>
      <w:r>
        <w:t>[School bus / Walking / Other]</w:t>
      </w:r>
    </w:p>
    <w:p>
      <w:r>
        <w:rPr>
          <w:b/>
        </w:rPr>
        <w:t xml:space="preserve">Cost: </w:t>
      </w:r>
      <w:r>
        <w:t>$[0.00], due [MM/DD/YYYY]</w:t>
      </w:r>
    </w:p>
    <w:p>
      <w:r>
        <w:rPr>
          <w:b/>
        </w:rPr>
        <w:t xml:space="preserve">What to bring: </w:t>
      </w:r>
      <w:r>
        <w:t>[Lunch, water, weather-appropriate clothes]</w:t>
      </w:r>
    </w:p>
    <w:p/>
    <w:p>
      <w:pPr>
        <w:spacing w:after="0"/>
      </w:pPr>
      <w:r>
        <w:t>Please sign and return the section below by [MM/DD/YYYY].</w:t>
      </w:r>
    </w:p>
    <w:p/>
    <w:p>
      <w:pPr>
        <w:spacing w:after="0"/>
      </w:pPr>
      <w:r>
        <w:t>- - - - - - - - - - - - - - - - - - - - - - - - - - - - - - - - - - - - - - - - - - - - - -</w:t>
      </w:r>
    </w:p>
    <w:p/>
    <w:p>
      <w:pPr>
        <w:spacing w:after="0"/>
      </w:pPr>
      <w:r>
        <w:t>I give permission for my child, ______________________________, to attend the field trip to [Destination] on [MM/DD/YYYY].</w:t>
      </w:r>
    </w:p>
    <w:p/>
    <w:p>
      <w:r>
        <w:rPr>
          <w:b/>
        </w:rPr>
        <w:t xml:space="preserve">Emergency contact name: </w:t>
      </w:r>
      <w:r>
        <w:t>______________________________</w:t>
      </w:r>
    </w:p>
    <w:p>
      <w:r>
        <w:rPr>
          <w:b/>
        </w:rPr>
        <w:t xml:space="preserve">Emergency phone: </w:t>
      </w:r>
      <w:r>
        <w:t>______________________________</w:t>
      </w:r>
    </w:p>
    <w:p>
      <w:r>
        <w:rPr>
          <w:b/>
        </w:rPr>
        <w:t xml:space="preserve">Allergies or medical needs: </w:t>
      </w:r>
      <w:r>
        <w:t>______________________________</w:t>
      </w:r>
    </w:p>
    <w:p>
      <w:r>
        <w:rPr>
          <w:b/>
        </w:rPr>
        <w:t xml:space="preserve">I can volunteer as a chaperone: </w:t>
      </w:r>
      <w:r>
        <w:t>[ ] Yes   [ ] No</w:t>
      </w:r>
    </w:p>
    <w:p>
      <w:r>
        <w:rPr>
          <w:b/>
        </w:rPr>
        <w:t xml:space="preserve">Parent/guardian signature: </w:t>
      </w:r>
      <w:r>
        <w:t>______________________________</w:t>
      </w:r>
    </w:p>
    <w:p>
      <w:r>
        <w:rPr>
          <w:b/>
        </w:rPr>
        <w:t xml:space="preserve">Date: </w:t>
      </w:r>
      <w:r>
        <w:t>____________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