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0"/>
        </w:rPr>
        <w:t>FANTASY LEAGUE RULES</w:t>
      </w:r>
    </w:p>
    <w:p>
      <w:r>
        <w:rPr>
          <w:b/>
        </w:rPr>
        <w:t xml:space="preserve">League name: </w:t>
      </w:r>
      <w:r>
        <w:t>[Name]</w:t>
      </w:r>
    </w:p>
    <w:p>
      <w:r>
        <w:rPr>
          <w:b/>
        </w:rPr>
        <w:t xml:space="preserve">Season: </w:t>
      </w:r>
      <w:r>
        <w:t>[2026]</w:t>
      </w:r>
    </w:p>
    <w:p>
      <w:r>
        <w:rPr>
          <w:b/>
        </w:rPr>
        <w:t xml:space="preserve">Commissioner: </w:t>
      </w:r>
      <w:r>
        <w:t>[Name, contact]</w:t>
      </w:r>
    </w:p>
    <w:p>
      <w:r>
        <w:rPr>
          <w:b/>
        </w:rPr>
        <w:t xml:space="preserve">Platform: </w:t>
      </w:r>
      <w:r>
        <w:t>[App or website]</w:t>
      </w:r>
    </w:p>
    <w:p>
      <w:r>
        <w:rPr>
          <w:b/>
        </w:rPr>
        <w:t xml:space="preserve">Number of teams: </w:t>
      </w:r>
      <w:r>
        <w:t>[10]</w:t>
      </w:r>
    </w:p>
    <w:p/>
    <w:p>
      <w:pPr>
        <w:spacing w:after="0"/>
      </w:pPr>
      <w:r>
        <w:rPr>
          <w:b/>
          <w:color w:val="5B6470"/>
          <w:sz w:val="18"/>
        </w:rPr>
        <w:t>1. DRAFT</w:t>
      </w:r>
    </w:p>
    <w:p>
      <w:pPr>
        <w:spacing w:after="0"/>
      </w:pPr>
      <w:r>
        <w:t>[Date, time, format (snake or auction), draft order method, autodraft rules]</w:t>
      </w:r>
    </w:p>
    <w:p/>
    <w:p>
      <w:pPr>
        <w:spacing w:after="0"/>
      </w:pPr>
      <w:r>
        <w:rPr>
          <w:b/>
          <w:color w:val="5B6470"/>
          <w:sz w:val="18"/>
        </w:rPr>
        <w:t>2. ROSTERS AND LINEUPS</w:t>
      </w:r>
    </w:p>
    <w:p>
      <w:pPr>
        <w:spacing w:after="0"/>
      </w:pPr>
      <w:r>
        <w:t>[Starting positions, bench spots, injured reserve, lineup lock time]</w:t>
      </w:r>
    </w:p>
    <w:p/>
    <w:p>
      <w:pPr>
        <w:spacing w:after="0"/>
      </w:pPr>
      <w:r>
        <w:rPr>
          <w:b/>
          <w:color w:val="5B6470"/>
          <w:sz w:val="18"/>
        </w:rPr>
        <w:t>3. SCORING</w:t>
      </w:r>
    </w:p>
    <w:p>
      <w:pPr>
        <w:spacing w:after="0"/>
      </w:pPr>
      <w:r>
        <w:t>[Scoring format (standard, half-PPR, PPR) and any custom settings]</w:t>
      </w:r>
    </w:p>
    <w:p/>
    <w:p>
      <w:pPr>
        <w:spacing w:after="0"/>
      </w:pPr>
      <w:r>
        <w:rPr>
          <w:b/>
          <w:color w:val="5B6470"/>
          <w:sz w:val="18"/>
        </w:rPr>
        <w:t>4. WAIVERS AND FREE AGENTS</w:t>
      </w:r>
    </w:p>
    <w:p>
      <w:pPr>
        <w:spacing w:after="0"/>
      </w:pPr>
      <w:r>
        <w:t>[Waiver order or budget, processing day and time]</w:t>
      </w:r>
    </w:p>
    <w:p/>
    <w:p>
      <w:pPr>
        <w:spacing w:after="0"/>
      </w:pPr>
      <w:r>
        <w:rPr>
          <w:b/>
          <w:color w:val="5B6470"/>
          <w:sz w:val="18"/>
        </w:rPr>
        <w:t>5. TRADES</w:t>
      </w:r>
    </w:p>
    <w:p>
      <w:pPr>
        <w:spacing w:after="0"/>
      </w:pPr>
      <w:r>
        <w:t>[Trade deadline, review period, veto rule, banned trades]</w:t>
      </w:r>
    </w:p>
    <w:p/>
    <w:p>
      <w:pPr>
        <w:spacing w:after="0"/>
      </w:pPr>
      <w:r>
        <w:rPr>
          <w:b/>
          <w:color w:val="5B6470"/>
          <w:sz w:val="18"/>
        </w:rPr>
        <w:t>6. PLAYOFFS</w:t>
      </w:r>
    </w:p>
    <w:p>
      <w:pPr>
        <w:spacing w:after="0"/>
      </w:pPr>
      <w:r>
        <w:t>[Number of teams, weeks, seeding, tiebreakers]</w:t>
      </w:r>
    </w:p>
    <w:p/>
    <w:p>
      <w:pPr>
        <w:spacing w:after="0"/>
      </w:pPr>
      <w:r>
        <w:rPr>
          <w:b/>
          <w:color w:val="5B6470"/>
          <w:sz w:val="18"/>
        </w:rPr>
        <w:t>7. DUES AND PRIZES</w:t>
      </w:r>
    </w:p>
    <w:p>
      <w:pPr>
        <w:spacing w:after="0"/>
      </w:pPr>
      <w:r>
        <w:t>[Amount, due date, how prizes are split, or 'just for bragging rights']</w:t>
      </w:r>
    </w:p>
    <w:p/>
    <w:p>
      <w:pPr>
        <w:spacing w:after="0"/>
      </w:pPr>
      <w:r>
        <w:rPr>
          <w:b/>
          <w:color w:val="5B6470"/>
          <w:sz w:val="18"/>
        </w:rPr>
        <w:t>8. LAST PLACE</w:t>
      </w:r>
    </w:p>
    <w:p>
      <w:pPr>
        <w:spacing w:after="0"/>
      </w:pPr>
      <w:r>
        <w:t>[Punishment, if any]</w:t>
      </w:r>
    </w:p>
    <w:p/>
    <w:p>
      <w:pPr>
        <w:spacing w:after="0"/>
      </w:pPr>
      <w:r>
        <w:rPr>
          <w:b/>
          <w:color w:val="5B6470"/>
          <w:sz w:val="18"/>
        </w:rPr>
        <w:t>9. CONDUCT AND DISPUTES</w:t>
      </w:r>
    </w:p>
    <w:p>
      <w:pPr>
        <w:spacing w:after="0"/>
      </w:pPr>
      <w:r>
        <w:t>[Inactive teams, collusion, how the commissioner settles disputes]</w:t>
      </w:r>
    </w:p>
    <w:p/>
    <w:p>
      <w:pPr>
        <w:spacing w:after="0"/>
      </w:pPr>
      <w:r>
        <w:rPr>
          <w:b/>
          <w:color w:val="5B6470"/>
          <w:sz w:val="18"/>
        </w:rPr>
        <w:t>10. CHANGING THE RULES</w:t>
      </w:r>
    </w:p>
    <w:p>
      <w:pPr>
        <w:spacing w:after="0"/>
      </w:pPr>
      <w:r>
        <w:t>[How rules are changed, such as a two-thirds vote before the draft]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