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EXPENSE REPORT</w:t>
      </w:r>
    </w:p>
    <w:p>
      <w:r>
        <w:rPr>
          <w:b/>
        </w:rPr>
        <w:t xml:space="preserve">Employee: </w:t>
      </w:r>
      <w:r>
        <w:t>[Name]</w:t>
      </w:r>
    </w:p>
    <w:p>
      <w:r>
        <w:rPr>
          <w:b/>
        </w:rPr>
        <w:t xml:space="preserve">Department: </w:t>
      </w:r>
      <w:r>
        <w:t>[Department]</w:t>
      </w:r>
    </w:p>
    <w:p>
      <w:r>
        <w:rPr>
          <w:b/>
        </w:rPr>
        <w:t xml:space="preserve">Manager: </w:t>
      </w:r>
      <w:r>
        <w:t>[Name]</w:t>
      </w:r>
    </w:p>
    <w:p>
      <w:r>
        <w:rPr>
          <w:b/>
        </w:rPr>
        <w:t xml:space="preserve">Purpose: </w:t>
      </w:r>
      <w:r>
        <w:t>[Trip or project]</w:t>
      </w:r>
    </w:p>
    <w:p>
      <w:r>
        <w:rPr>
          <w:b/>
        </w:rPr>
        <w:t xml:space="preserve">Period: </w:t>
      </w:r>
      <w:r>
        <w:t>[MM/DD/YYYY] to [MM/DD/YYYY]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0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016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2016"/>
          </w:tcPr>
          <w:p>
            <w:r>
              <w:rPr>
                <w:b/>
              </w:rPr>
              <w:t>Receipt?</w:t>
            </w:r>
          </w:p>
        </w:tc>
        <w:tc>
          <w:tcPr>
            <w:tcW w:type="dxa" w:w="2016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  <w:tr>
        <w:tc>
          <w:tcPr>
            <w:tcW w:type="dxa" w:w="2016"/>
          </w:tcPr>
          <w:p>
            <w:r>
              <w:t>[MM/DD]</w:t>
            </w:r>
          </w:p>
        </w:tc>
        <w:tc>
          <w:tcPr>
            <w:tcW w:type="dxa" w:w="2016"/>
          </w:tcPr>
          <w:p>
            <w:r>
              <w:t>[Vendor and purpose]</w:t>
            </w:r>
          </w:p>
        </w:tc>
        <w:tc>
          <w:tcPr>
            <w:tcW w:type="dxa" w:w="2016"/>
          </w:tcPr>
          <w:p>
            <w:r>
              <w:t>[Travel / Meals / Lodging / Supplies / Mileage / Other]</w:t>
            </w:r>
          </w:p>
        </w:tc>
        <w:tc>
          <w:tcPr>
            <w:tcW w:type="dxa" w:w="2016"/>
          </w:tcPr>
          <w:p>
            <w:r>
              <w:t>[Y/N]</w:t>
            </w:r>
          </w:p>
        </w:tc>
        <w:tc>
          <w:tcPr>
            <w:tcW w:type="dxa" w:w="2016"/>
          </w:tcPr>
          <w:p>
            <w:r>
              <w:t>$[0.00]</w:t>
            </w:r>
          </w:p>
        </w:tc>
      </w:tr>
    </w:tbl>
    <w:p/>
    <w:p>
      <w:r>
        <w:rPr>
          <w:b/>
        </w:rPr>
        <w:t xml:space="preserve">Total expenses: </w:t>
      </w:r>
      <w:r>
        <w:t>$[0.00]</w:t>
      </w:r>
    </w:p>
    <w:p>
      <w:r>
        <w:rPr>
          <w:b/>
        </w:rPr>
        <w:t xml:space="preserve">Less cash advance: </w:t>
      </w:r>
      <w:r>
        <w:t>$[0.00]</w:t>
      </w:r>
    </w:p>
    <w:p>
      <w:r>
        <w:rPr>
          <w:b/>
        </w:rPr>
        <w:t xml:space="preserve">Amount owed to employee: </w:t>
      </w:r>
      <w:r>
        <w:t>$[0.00]</w:t>
      </w:r>
    </w:p>
    <w:p/>
    <w:p>
      <w:r>
        <w:rPr>
          <w:b/>
        </w:rPr>
        <w:t xml:space="preserve">Employee signature / date: </w:t>
      </w:r>
      <w:r>
        <w:t>______________________________</w:t>
      </w:r>
    </w:p>
    <w:p>
      <w:r>
        <w:rPr>
          <w:b/>
        </w:rPr>
        <w:t xml:space="preserve">Approved by / date: </w:t>
      </w:r>
      <w:r>
        <w:t>______________________________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