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EMPLOYEE WARNING NOTICE</w:t>
      </w:r>
    </w:p>
    <w:p>
      <w:r>
        <w:rPr>
          <w:b/>
        </w:rPr>
        <w:t xml:space="preserve">Employee name: </w:t>
      </w:r>
      <w:r>
        <w:t>[Name]</w:t>
      </w:r>
    </w:p>
    <w:p>
      <w:r>
        <w:rPr>
          <w:b/>
        </w:rPr>
        <w:t xml:space="preserve">Job title: </w:t>
      </w:r>
      <w:r>
        <w:t>[Title]</w:t>
      </w:r>
    </w:p>
    <w:p>
      <w:r>
        <w:rPr>
          <w:b/>
        </w:rPr>
        <w:t xml:space="preserve">Department: </w:t>
      </w:r>
      <w:r>
        <w:t>[Department]</w:t>
      </w:r>
    </w:p>
    <w:p>
      <w:r>
        <w:rPr>
          <w:b/>
        </w:rPr>
        <w:t xml:space="preserve">Supervisor: </w:t>
      </w:r>
      <w:r>
        <w:t>[Name]</w:t>
      </w:r>
    </w:p>
    <w:p>
      <w:r>
        <w:rPr>
          <w:b/>
        </w:rPr>
        <w:t xml:space="preserve">Date of notice: </w:t>
      </w:r>
      <w:r>
        <w:t>[MM/DD/YYYY]</w:t>
      </w:r>
    </w:p>
    <w:p>
      <w:r>
        <w:rPr>
          <w:b/>
        </w:rPr>
        <w:t xml:space="preserve">Type of warning: </w:t>
      </w:r>
      <w:r>
        <w:t>[ ] Verbal (documented)   [ ] First written   [ ] Final written</w:t>
      </w:r>
    </w:p>
    <w:p>
      <w:r>
        <w:rPr>
          <w:b/>
        </w:rPr>
        <w:t xml:space="preserve">Category: </w:t>
      </w:r>
      <w:r>
        <w:t>[ ] Attendance  [ ] Performance  [ ] Conduct  [ ] Policy violation  [ ] Safety  [ ] Other</w:t>
      </w:r>
    </w:p>
    <w:p/>
    <w:p>
      <w:pPr>
        <w:spacing w:after="0"/>
      </w:pPr>
      <w:r>
        <w:rPr>
          <w:b/>
          <w:color w:val="5B6470"/>
          <w:sz w:val="18"/>
        </w:rPr>
        <w:t>DESCRIPTION OF THE ISSUE (DATES, FACTS, AND THE POLICY INVOLVED):</w:t>
      </w:r>
    </w:p>
    <w:p>
      <w:pPr>
        <w:spacing w:after="0"/>
      </w:pPr>
      <w:r>
        <w:t>[ ]</w:t>
      </w:r>
    </w:p>
    <w:p>
      <w:pPr>
        <w:spacing w:after="0"/>
      </w:pPr>
    </w:p>
    <w:p>
      <w:pPr>
        <w:spacing w:after="0"/>
      </w:pPr>
      <w:r>
        <w:rPr>
          <w:b/>
          <w:color w:val="5B6470"/>
          <w:sz w:val="18"/>
        </w:rPr>
        <w:t>PREVIOUS DISCUSSIONS OR WARNINGS (DATES):</w:t>
      </w:r>
    </w:p>
    <w:p>
      <w:pPr>
        <w:spacing w:after="0"/>
      </w:pPr>
      <w:r>
        <w:t>[ ]</w:t>
      </w:r>
    </w:p>
    <w:p>
      <w:pPr>
        <w:spacing w:after="0"/>
      </w:pPr>
    </w:p>
    <w:p>
      <w:pPr>
        <w:spacing w:after="0"/>
      </w:pPr>
      <w:r>
        <w:rPr>
          <w:b/>
          <w:color w:val="5B6470"/>
          <w:sz w:val="18"/>
        </w:rPr>
        <w:t>EXPECTED IMPROVEMENT AND DEADLINE:</w:t>
      </w:r>
    </w:p>
    <w:p>
      <w:pPr>
        <w:spacing w:after="0"/>
      </w:pPr>
      <w:r>
        <w:t>[ ]</w:t>
      </w:r>
    </w:p>
    <w:p>
      <w:pPr>
        <w:spacing w:after="0"/>
      </w:pPr>
    </w:p>
    <w:p>
      <w:pPr>
        <w:spacing w:after="0"/>
      </w:pPr>
      <w:r>
        <w:rPr>
          <w:b/>
          <w:color w:val="5B6470"/>
          <w:sz w:val="18"/>
        </w:rPr>
        <w:t>CONSEQUENCES IF THE ISSUE CONTINUES:</w:t>
      </w:r>
    </w:p>
    <w:p>
      <w:pPr>
        <w:spacing w:after="0"/>
      </w:pPr>
      <w:r>
        <w:t>[ ]</w:t>
      </w:r>
    </w:p>
    <w:p>
      <w:pPr>
        <w:spacing w:after="0"/>
      </w:pPr>
    </w:p>
    <w:p>
      <w:pPr>
        <w:spacing w:after="0"/>
      </w:pPr>
      <w:r>
        <w:rPr>
          <w:b/>
          <w:color w:val="5B6470"/>
          <w:sz w:val="18"/>
        </w:rPr>
        <w:t>EMPLOYEE COMMENTS:</w:t>
      </w:r>
    </w:p>
    <w:p>
      <w:pPr>
        <w:spacing w:after="0"/>
      </w:pPr>
      <w:r>
        <w:t>[ ]</w:t>
      </w:r>
    </w:p>
    <w:p>
      <w:pPr>
        <w:spacing w:after="0"/>
      </w:pPr>
    </w:p>
    <w:p/>
    <w:p>
      <w:pPr>
        <w:spacing w:after="0"/>
      </w:pPr>
      <w:r>
        <w:t>By signing, the employee acknowledges receiving this notice. Signing does not mean the employee agrees with it.</w:t>
      </w:r>
    </w:p>
    <w:p/>
    <w:p>
      <w:r>
        <w:rPr>
          <w:b/>
        </w:rPr>
        <w:t xml:space="preserve">Employee signature / date: </w:t>
      </w:r>
      <w:r>
        <w:t>______________________________</w:t>
      </w:r>
    </w:p>
    <w:p>
      <w:r>
        <w:rPr>
          <w:b/>
        </w:rPr>
        <w:t xml:space="preserve">Supervisor signature / date: </w:t>
      </w:r>
      <w:r>
        <w:t>______________________________</w:t>
      </w:r>
    </w:p>
    <w:p>
      <w:r>
        <w:rPr>
          <w:b/>
        </w:rPr>
        <w:t xml:space="preserve">Witness signature / date (if refused): </w:t>
      </w:r>
      <w:r>
        <w:t>______________________________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