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D5BD8"/>
          <w:sz w:val="40"/>
        </w:rPr>
        <w:t>EMPLOYEE TIME SHEET</w:t>
      </w:r>
    </w:p>
    <w:p>
      <w:r>
        <w:rPr>
          <w:b/>
        </w:rPr>
        <w:t xml:space="preserve">Employee: </w:t>
      </w:r>
      <w:r>
        <w:t>[Name]</w:t>
      </w:r>
    </w:p>
    <w:p>
      <w:r>
        <w:rPr>
          <w:b/>
        </w:rPr>
        <w:t xml:space="preserve">Employee ID: </w:t>
      </w:r>
      <w:r>
        <w:t>[ID]</w:t>
      </w:r>
    </w:p>
    <w:p>
      <w:r>
        <w:rPr>
          <w:b/>
        </w:rPr>
        <w:t xml:space="preserve">Supervisor: </w:t>
      </w:r>
      <w:r>
        <w:t>[Name]</w:t>
      </w:r>
    </w:p>
    <w:p>
      <w:r>
        <w:rPr>
          <w:b/>
        </w:rPr>
        <w:t xml:space="preserve">Week of: </w:t>
      </w:r>
      <w:r>
        <w:t>[MM/DD/YYYY] to [MM/DD/YYYY]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Day</w:t>
            </w:r>
          </w:p>
        </w:tc>
        <w:tc>
          <w:tcPr>
            <w:tcW w:type="dxa" w:w="1440"/>
          </w:tcPr>
          <w:p>
            <w:r>
              <w:rPr>
                <w:b/>
              </w:rPr>
              <w:t>Date</w:t>
            </w:r>
          </w:p>
        </w:tc>
        <w:tc>
          <w:tcPr>
            <w:tcW w:type="dxa" w:w="1440"/>
          </w:tcPr>
          <w:p>
            <w:r>
              <w:rPr>
                <w:b/>
              </w:rPr>
              <w:t>Time in</w:t>
            </w:r>
          </w:p>
        </w:tc>
        <w:tc>
          <w:tcPr>
            <w:tcW w:type="dxa" w:w="1440"/>
          </w:tcPr>
          <w:p>
            <w:r>
              <w:rPr>
                <w:b/>
              </w:rPr>
              <w:t>Lunch out</w:t>
            </w:r>
          </w:p>
        </w:tc>
        <w:tc>
          <w:tcPr>
            <w:tcW w:type="dxa" w:w="1440"/>
          </w:tcPr>
          <w:p>
            <w:r>
              <w:rPr>
                <w:b/>
              </w:rPr>
              <w:t>Lunch in</w:t>
            </w:r>
          </w:p>
        </w:tc>
        <w:tc>
          <w:tcPr>
            <w:tcW w:type="dxa" w:w="1440"/>
          </w:tcPr>
          <w:p>
            <w:r>
              <w:rPr>
                <w:b/>
              </w:rPr>
              <w:t>Time out</w:t>
            </w:r>
          </w:p>
        </w:tc>
        <w:tc>
          <w:tcPr>
            <w:tcW w:type="dxa" w:w="1440"/>
          </w:tcPr>
          <w:p>
            <w:r>
              <w:rPr>
                <w:b/>
              </w:rPr>
              <w:t>Total hours</w:t>
            </w:r>
          </w:p>
        </w:tc>
      </w:tr>
      <w:tr>
        <w:tc>
          <w:tcPr>
            <w:tcW w:type="dxa" w:w="1440"/>
          </w:tcPr>
          <w:p>
            <w:r>
              <w:t>Monday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Tuesday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Wednesday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Thursday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Friday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Saturday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Sunday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Total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[0.00]</w:t>
            </w:r>
          </w:p>
        </w:tc>
      </w:tr>
    </w:tbl>
    <w:p/>
    <w:p>
      <w:r>
        <w:rPr>
          <w:b/>
        </w:rPr>
        <w:t xml:space="preserve">Regular hours: </w:t>
      </w:r>
      <w:r>
        <w:t>[0.00]</w:t>
      </w:r>
    </w:p>
    <w:p>
      <w:r>
        <w:rPr>
          <w:b/>
        </w:rPr>
        <w:t xml:space="preserve">Overtime hours: </w:t>
      </w:r>
      <w:r>
        <w:t>[0.00]</w:t>
      </w:r>
    </w:p>
    <w:p>
      <w:r>
        <w:rPr>
          <w:b/>
        </w:rPr>
        <w:t xml:space="preserve">PTO / sick hours: </w:t>
      </w:r>
      <w:r>
        <w:t>[0.00]</w:t>
      </w:r>
    </w:p>
    <w:p/>
    <w:p>
      <w:r>
        <w:rPr>
          <w:b/>
        </w:rPr>
        <w:t xml:space="preserve">Employee signature / date: </w:t>
      </w:r>
      <w:r>
        <w:t>______________________________</w:t>
      </w:r>
    </w:p>
    <w:p>
      <w:r>
        <w:rPr>
          <w:b/>
        </w:rPr>
        <w:t xml:space="preserve">Supervisor signature / date: </w:t>
      </w:r>
      <w:r>
        <w:t>______________________________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