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[Your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>
      <w:pPr>
        <w:spacing w:after="0"/>
      </w:pPr>
      <w:r>
        <w:t>[Email]  |  [Phone]</w:t>
      </w:r>
    </w:p>
    <w:p/>
    <w:p>
      <w:pPr>
        <w:spacing w:after="0"/>
      </w:pPr>
      <w:r>
        <w:t>[Month DD, YYYY]</w:t>
      </w:r>
    </w:p>
    <w:p/>
    <w:p>
      <w:pPr>
        <w:spacing w:after="0"/>
      </w:pPr>
      <w:r>
        <w:t>[Hiring Manager Name]</w:t>
      </w:r>
    </w:p>
    <w:p>
      <w:pPr>
        <w:spacing w:after="0"/>
      </w:pPr>
      <w:r>
        <w:t>[Title]</w:t>
      </w:r>
    </w:p>
    <w:p>
      <w:pPr>
        <w:spacing w:after="0"/>
      </w:pPr>
      <w:r>
        <w:t>[Company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/>
    <w:p>
      <w:pPr>
        <w:spacing w:after="200"/>
      </w:pPr>
      <w:r>
        <w:t>Dear [Hiring Manager Name],</w:t>
      </w:r>
    </w:p>
    <w:p>
      <w:pPr>
        <w:spacing w:after="200"/>
      </w:pPr>
      <w:r>
        <w:t>I'm applying for the [Job Title] position at [Company Name]. [One sentence on why this role or company appeals to you specifically.]</w:t>
      </w:r>
    </w:p>
    <w:p>
      <w:pPr>
        <w:spacing w:after="200"/>
      </w:pPr>
      <w:r>
        <w:t>In my current role as [Your Title] at [Current Employer], I [your strongest relevant achievement, with a number if possible]. I also [a second achievement that matches a key requirement in the job posting].</w:t>
      </w:r>
    </w:p>
    <w:p>
      <w:pPr>
        <w:spacing w:after="200"/>
      </w:pPr>
      <w:r>
        <w:t>[Company Name]'s [product, mission, or recent news] stood out to me because [your genuine reason]. I'd bring [two or three skills from the posting] to your team from day one.</w:t>
      </w:r>
    </w:p>
    <w:p>
      <w:pPr>
        <w:spacing w:after="200"/>
      </w:pPr>
      <w:r>
        <w:t>Thank you for your time. I'd welcome the chance to talk about how I can help [Company Name] [a goal from the job posting].</w:t>
      </w:r>
    </w:p>
    <w:p>
      <w:pPr>
        <w:spacing w:after="0"/>
      </w:pPr>
      <w:r>
        <w:t>Sincerely,</w:t>
      </w:r>
    </w:p>
    <w:p/>
    <w:p/>
    <w:p>
      <w:pPr>
        <w:spacing w:after="0"/>
      </w:pPr>
      <w:r>
        <w:t>[Your Name]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