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WEEKLY CHORE CHART</w:t>
      </w:r>
    </w:p>
    <w:p>
      <w:r>
        <w:rPr>
          <w:b/>
        </w:rPr>
        <w:t xml:space="preserve">Name: </w:t>
      </w:r>
      <w:r>
        <w:t>[Name]</w:t>
      </w:r>
    </w:p>
    <w:p>
      <w:r>
        <w:rPr>
          <w:b/>
        </w:rPr>
        <w:t xml:space="preserve">Week of: </w:t>
      </w:r>
      <w:r>
        <w:t>[MM/DD/YYYY]</w:t>
      </w:r>
    </w:p>
    <w:p>
      <w:r>
        <w:rPr>
          <w:b/>
        </w:rPr>
        <w:t xml:space="preserve">Reward: </w:t>
      </w:r>
      <w:r>
        <w:t>[Allowance, privilege or treat]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c>
          <w:tcPr>
            <w:tcW w:type="dxa" w:w="1260"/>
          </w:tcPr>
          <w:p>
            <w:r>
              <w:rPr>
                <w:b/>
              </w:rPr>
              <w:t>Chore</w:t>
            </w:r>
          </w:p>
        </w:tc>
        <w:tc>
          <w:tcPr>
            <w:tcW w:type="dxa" w:w="1260"/>
          </w:tcPr>
          <w:p>
            <w:r>
              <w:rPr>
                <w:b/>
              </w:rPr>
              <w:t>Mon</w:t>
            </w:r>
          </w:p>
        </w:tc>
        <w:tc>
          <w:tcPr>
            <w:tcW w:type="dxa" w:w="1260"/>
          </w:tcPr>
          <w:p>
            <w:r>
              <w:rPr>
                <w:b/>
              </w:rPr>
              <w:t>Tue</w:t>
            </w:r>
          </w:p>
        </w:tc>
        <w:tc>
          <w:tcPr>
            <w:tcW w:type="dxa" w:w="1260"/>
          </w:tcPr>
          <w:p>
            <w:r>
              <w:rPr>
                <w:b/>
              </w:rPr>
              <w:t>Wed</w:t>
            </w:r>
          </w:p>
        </w:tc>
        <w:tc>
          <w:tcPr>
            <w:tcW w:type="dxa" w:w="1260"/>
          </w:tcPr>
          <w:p>
            <w:r>
              <w:rPr>
                <w:b/>
              </w:rPr>
              <w:t>Thu</w:t>
            </w:r>
          </w:p>
        </w:tc>
        <w:tc>
          <w:tcPr>
            <w:tcW w:type="dxa" w:w="1260"/>
          </w:tcPr>
          <w:p>
            <w:r>
              <w:rPr>
                <w:b/>
              </w:rPr>
              <w:t>Fri</w:t>
            </w:r>
          </w:p>
        </w:tc>
        <w:tc>
          <w:tcPr>
            <w:tcW w:type="dxa" w:w="1260"/>
          </w:tcPr>
          <w:p>
            <w:r>
              <w:rPr>
                <w:b/>
              </w:rPr>
              <w:t>Sat</w:t>
            </w:r>
          </w:p>
        </w:tc>
        <w:tc>
          <w:tcPr>
            <w:tcW w:type="dxa" w:w="1260"/>
          </w:tcPr>
          <w:p>
            <w:r>
              <w:rPr>
                <w:b/>
              </w:rPr>
              <w:t>Sun</w:t>
            </w:r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  <w:tr>
        <w:tc>
          <w:tcPr>
            <w:tcW w:type="dxa" w:w="1260"/>
          </w:tcPr>
          <w:p>
            <w:r>
              <w:t>[Chore]</w:t>
            </w:r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  <w:tc>
          <w:tcPr>
            <w:tcW w:type="dxa" w:w="1260"/>
          </w:tcPr>
          <w:p>
            <w:r/>
          </w:p>
        </w:tc>
      </w:tr>
    </w:tbl>
    <w:p/>
    <w:p>
      <w:r>
        <w:rPr>
          <w:b/>
        </w:rPr>
        <w:t xml:space="preserve">Chores done this week: </w:t>
      </w:r>
      <w:r>
        <w:t>____ of ____</w:t>
      </w:r>
    </w:p>
    <w:p>
      <w:r>
        <w:rPr>
          <w:b/>
        </w:rPr>
        <w:t xml:space="preserve">Great job on: </w:t>
      </w:r>
      <w:r>
        <w:t>[ 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