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52"/>
        </w:rPr>
        <w:t>CASH RECEIPT</w:t>
      </w:r>
    </w:p>
    <w:p>
      <w:r>
        <w:rPr>
          <w:b/>
        </w:rPr>
        <w:t xml:space="preserve">Receipt #: </w:t>
      </w:r>
      <w:r>
        <w:t>[0001]</w:t>
      </w:r>
    </w:p>
    <w:p>
      <w:r>
        <w:rPr>
          <w:b/>
        </w:rPr>
        <w:t xml:space="preserve">Date: </w:t>
      </w:r>
      <w:r>
        <w:t>[MM/DD/YYYY]</w:t>
      </w:r>
    </w:p>
    <w:p>
      <w:r>
        <w:rPr>
          <w:b/>
        </w:rPr>
        <w:t xml:space="preserve">Received from: </w:t>
      </w:r>
      <w:r>
        <w:t>[Payer Name]</w:t>
      </w:r>
    </w:p>
    <w:p>
      <w:r>
        <w:rPr>
          <w:b/>
        </w:rPr>
        <w:t xml:space="preserve">Amount: </w:t>
      </w:r>
      <w:r>
        <w:t>$[0.00]</w:t>
      </w:r>
    </w:p>
    <w:p>
      <w:r>
        <w:rPr>
          <w:b/>
        </w:rPr>
        <w:t xml:space="preserve">Amount in words: </w:t>
      </w:r>
      <w:r>
        <w:t>[Zero dollars and 00/100]</w:t>
      </w:r>
    </w:p>
    <w:p>
      <w:r>
        <w:rPr>
          <w:b/>
        </w:rPr>
        <w:t xml:space="preserve">For: </w:t>
      </w:r>
      <w:r>
        <w:t>[What the payment is for]</w:t>
      </w:r>
    </w:p>
    <w:p>
      <w:r>
        <w:rPr>
          <w:b/>
        </w:rPr>
        <w:t xml:space="preserve">Payment method: </w:t>
      </w:r>
      <w:r>
        <w:t>[Cash / Check # ____ / Card / Other]</w:t>
      </w:r>
    </w:p>
    <w:p>
      <w:r>
        <w:rPr>
          <w:b/>
        </w:rPr>
        <w:t xml:space="preserve">Balance remaining: </w:t>
      </w:r>
      <w:r>
        <w:t>$[0.00]</w:t>
      </w:r>
    </w:p>
    <w:p/>
    <w:p>
      <w:r>
        <w:rPr>
          <w:b/>
        </w:rPr>
        <w:t xml:space="preserve">Received by: </w:t>
      </w:r>
      <w:r>
        <w:t>[Name, Business Name]</w:t>
      </w:r>
    </w:p>
    <w:p>
      <w:r>
        <w:rPr>
          <w:b/>
        </w:rPr>
        <w:t xml:space="preserve">Signature: </w:t>
      </w:r>
      <w:r>
        <w:t>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