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BABYSITTER INFORMATION SHEET</w:t>
      </w:r>
    </w:p>
    <w:p>
      <w:r>
        <w:rPr>
          <w:b/>
        </w:rPr>
        <w:t xml:space="preserve">Home address: </w:t>
      </w:r>
      <w:r>
        <w:t>[Street Address, City, State ZIP]</w:t>
      </w:r>
    </w:p>
    <w:p>
      <w:r>
        <w:rPr>
          <w:b/>
        </w:rPr>
        <w:t xml:space="preserve">Parent 1: </w:t>
      </w:r>
      <w:r>
        <w:t>[Name, cell phone]</w:t>
      </w:r>
    </w:p>
    <w:p>
      <w:r>
        <w:rPr>
          <w:b/>
        </w:rPr>
        <w:t xml:space="preserve">Parent 2: </w:t>
      </w:r>
      <w:r>
        <w:t>[Name, cell phone]</w:t>
      </w:r>
    </w:p>
    <w:p>
      <w:r>
        <w:rPr>
          <w:b/>
        </w:rPr>
        <w:t xml:space="preserve">Where we'll be: </w:t>
      </w:r>
      <w:r>
        <w:t>[Place, phone, expected return time]</w:t>
      </w:r>
    </w:p>
    <w:p>
      <w:r>
        <w:rPr>
          <w:b/>
        </w:rPr>
        <w:t xml:space="preserve">Backup contact: </w:t>
      </w:r>
      <w:r>
        <w:t>[Name, relationship, phone]</w:t>
      </w:r>
    </w:p>
    <w:p/>
    <w:p>
      <w:pPr>
        <w:spacing w:after="0"/>
      </w:pPr>
      <w:r>
        <w:rPr>
          <w:b/>
          <w:color w:val="5B6470"/>
          <w:sz w:val="18"/>
        </w:rPr>
        <w:t>EMERGENCY NUMBERS</w:t>
      </w:r>
    </w:p>
    <w:p>
      <w:pPr>
        <w:spacing w:after="0"/>
      </w:pPr>
      <w:r>
        <w:t>Emergency: 911</w:t>
      </w:r>
    </w:p>
    <w:p>
      <w:pPr>
        <w:spacing w:after="0"/>
      </w:pPr>
      <w:r>
        <w:t>Poison Help: 1-800-222-1222</w:t>
      </w:r>
    </w:p>
    <w:p>
      <w:pPr>
        <w:spacing w:after="0"/>
      </w:pPr>
      <w:r>
        <w:t>Pediatrician: [Name, phone]</w:t>
      </w:r>
    </w:p>
    <w:p>
      <w:pPr>
        <w:spacing w:after="0"/>
      </w:pPr>
      <w:r>
        <w:t>Nearest hospital: [Name, address]</w:t>
      </w:r>
    </w:p>
    <w:p/>
    <w:p>
      <w:pPr>
        <w:spacing w:after="0"/>
      </w:pPr>
      <w:r>
        <w:rPr>
          <w:b/>
          <w:color w:val="5B6470"/>
          <w:sz w:val="18"/>
        </w:rPr>
        <w:t>KIDS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Age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Allergies</w:t>
            </w:r>
          </w:p>
        </w:tc>
        <w:tc>
          <w:tcPr>
            <w:tcW w:type="dxa" w:w="2016"/>
          </w:tcPr>
          <w:p>
            <w:r>
              <w:rPr>
                <w:b/>
              </w:rPr>
              <w:t>Medications</w:t>
            </w:r>
          </w:p>
        </w:tc>
        <w:tc>
          <w:tcPr>
            <w:tcW w:type="dxa" w:w="2016"/>
          </w:tcPr>
          <w:p>
            <w:r>
              <w:rPr>
                <w:b/>
              </w:rPr>
              <w:t>Bedtime</w:t>
            </w:r>
          </w:p>
        </w:tc>
      </w:tr>
      <w:tr>
        <w:tc>
          <w:tcPr>
            <w:tcW w:type="dxa" w:w="2016"/>
          </w:tcPr>
          <w:p>
            <w:r>
              <w:t>[Name]</w:t>
            </w:r>
          </w:p>
        </w:tc>
        <w:tc>
          <w:tcPr>
            <w:tcW w:type="dxa" w:w="2016"/>
          </w:tcPr>
          <w:p>
            <w:r>
              <w:t>[0]</w:t>
            </w:r>
          </w:p>
        </w:tc>
        <w:tc>
          <w:tcPr>
            <w:tcW w:type="dxa" w:w="2016"/>
          </w:tcPr>
          <w:p>
            <w:r>
              <w:t>[None / list]</w:t>
            </w:r>
          </w:p>
        </w:tc>
        <w:tc>
          <w:tcPr>
            <w:tcW w:type="dxa" w:w="2016"/>
          </w:tcPr>
          <w:p>
            <w:r>
              <w:t>[None / dose and time]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</w:tr>
      <w:tr>
        <w:tc>
          <w:tcPr>
            <w:tcW w:type="dxa" w:w="2016"/>
          </w:tcPr>
          <w:p>
            <w:r>
              <w:t>[Name]</w:t>
            </w:r>
          </w:p>
        </w:tc>
        <w:tc>
          <w:tcPr>
            <w:tcW w:type="dxa" w:w="2016"/>
          </w:tcPr>
          <w:p>
            <w:r>
              <w:t>[0]</w:t>
            </w:r>
          </w:p>
        </w:tc>
        <w:tc>
          <w:tcPr>
            <w:tcW w:type="dxa" w:w="2016"/>
          </w:tcPr>
          <w:p>
            <w:r>
              <w:t>[None / list]</w:t>
            </w:r>
          </w:p>
        </w:tc>
        <w:tc>
          <w:tcPr>
            <w:tcW w:type="dxa" w:w="2016"/>
          </w:tcPr>
          <w:p>
            <w:r>
              <w:t>[None / dose and time]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</w:tr>
      <w:tr>
        <w:tc>
          <w:tcPr>
            <w:tcW w:type="dxa" w:w="2016"/>
          </w:tcPr>
          <w:p>
            <w:r>
              <w:t>[Name]</w:t>
            </w:r>
          </w:p>
        </w:tc>
        <w:tc>
          <w:tcPr>
            <w:tcW w:type="dxa" w:w="2016"/>
          </w:tcPr>
          <w:p>
            <w:r>
              <w:t>[0]</w:t>
            </w:r>
          </w:p>
        </w:tc>
        <w:tc>
          <w:tcPr>
            <w:tcW w:type="dxa" w:w="2016"/>
          </w:tcPr>
          <w:p>
            <w:r>
              <w:t>[None / list]</w:t>
            </w:r>
          </w:p>
        </w:tc>
        <w:tc>
          <w:tcPr>
            <w:tcW w:type="dxa" w:w="2016"/>
          </w:tcPr>
          <w:p>
            <w:r>
              <w:t>[None / dose and time]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</w:tr>
    </w:tbl>
    <w:p/>
    <w:p>
      <w:pPr>
        <w:spacing w:after="0"/>
      </w:pPr>
      <w:r>
        <w:rPr>
          <w:b/>
          <w:color w:val="5B6470"/>
          <w:sz w:val="18"/>
        </w:rPr>
        <w:t>MEALS AND SNACKS</w:t>
      </w:r>
    </w:p>
    <w:p>
      <w:pPr>
        <w:spacing w:after="0"/>
      </w:pPr>
      <w:r>
        <w:t>[What and when, and what's off-limits]</w:t>
      </w:r>
    </w:p>
    <w:p/>
    <w:p>
      <w:pPr>
        <w:spacing w:after="0"/>
      </w:pPr>
      <w:r>
        <w:rPr>
          <w:b/>
          <w:color w:val="5B6470"/>
          <w:sz w:val="18"/>
        </w:rPr>
        <w:t>BEDTIME ROUTINE</w:t>
      </w:r>
    </w:p>
    <w:p>
      <w:pPr>
        <w:spacing w:after="0"/>
      </w:pPr>
      <w:r>
        <w:t>[Bath, books, night-light, comfort items]</w:t>
      </w:r>
    </w:p>
    <w:p/>
    <w:p>
      <w:pPr>
        <w:spacing w:after="0"/>
      </w:pPr>
      <w:r>
        <w:rPr>
          <w:b/>
          <w:color w:val="5B6470"/>
          <w:sz w:val="18"/>
        </w:rPr>
        <w:t>HOUSE RULES</w:t>
      </w:r>
    </w:p>
    <w:p>
      <w:pPr>
        <w:spacing w:after="0"/>
      </w:pPr>
      <w:r>
        <w:t>[Screen time, visitors, outside play, pets]</w:t>
      </w:r>
    </w:p>
    <w:p/>
    <w:p>
      <w:pPr>
        <w:spacing w:after="0"/>
      </w:pPr>
      <w:r>
        <w:rPr>
          <w:b/>
          <w:color w:val="5B6470"/>
          <w:sz w:val="18"/>
        </w:rPr>
        <w:t>WHERE THINGS ARE</w:t>
      </w:r>
    </w:p>
    <w:p>
      <w:pPr>
        <w:spacing w:after="0"/>
      </w:pPr>
      <w:r>
        <w:t>[First aid kit, flashlight, fire extinguisher, spare key]</w:t>
      </w:r>
    </w:p>
    <w:p/>
    <w:p>
      <w:pPr>
        <w:spacing w:after="0"/>
      </w:pPr>
      <w:r>
        <w:rPr>
          <w:b/>
          <w:color w:val="5B6470"/>
          <w:sz w:val="18"/>
        </w:rPr>
        <w:t>WI-FI</w:t>
      </w:r>
    </w:p>
    <w:p>
      <w:pPr>
        <w:spacing w:after="0"/>
      </w:pPr>
      <w:r>
        <w:t>[Network and password]</w:t>
      </w:r>
    </w:p>
    <w:p/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